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5BF34" w14:textId="21077194" w:rsidR="006F4E90" w:rsidRPr="005F3712" w:rsidRDefault="00483D90" w:rsidP="005F3712">
      <w:pPr>
        <w:jc w:val="center"/>
        <w:rPr>
          <w:sz w:val="52"/>
          <w:szCs w:val="52"/>
          <w:lang w:val="es-MX"/>
        </w:rPr>
      </w:pPr>
      <w:r w:rsidRPr="005F3712">
        <w:rPr>
          <w:b/>
          <w:sz w:val="52"/>
          <w:szCs w:val="52"/>
          <w:lang w:val="es-MX"/>
        </w:rPr>
        <w:t>APLICACIONES WEB</w:t>
      </w:r>
      <w:r w:rsidRPr="005F3712">
        <w:rPr>
          <w:b/>
          <w:sz w:val="52"/>
          <w:szCs w:val="52"/>
          <w:lang w:val="es-MX"/>
        </w:rPr>
        <w:br/>
        <w:t>PRÁCTICA 02</w:t>
      </w:r>
      <w:r w:rsidRPr="005F3712">
        <w:rPr>
          <w:b/>
          <w:sz w:val="52"/>
          <w:szCs w:val="52"/>
          <w:lang w:val="es-MX"/>
        </w:rPr>
        <w:br/>
        <w:t>INSTALACIÓN Y CONFIGURACIÓN DE WORDPRESS</w:t>
      </w:r>
    </w:p>
    <w:p w14:paraId="016514E2" w14:textId="77777777" w:rsidR="006F4E90" w:rsidRPr="005F3712" w:rsidRDefault="006F4E90">
      <w:pPr>
        <w:rPr>
          <w:sz w:val="48"/>
          <w:szCs w:val="48"/>
          <w:lang w:val="es-MX"/>
        </w:rPr>
      </w:pPr>
    </w:p>
    <w:p w14:paraId="1DDEDBF3" w14:textId="7F4D512B" w:rsidR="006F4E90" w:rsidRPr="005F3712" w:rsidRDefault="00483D90">
      <w:pPr>
        <w:jc w:val="center"/>
        <w:rPr>
          <w:sz w:val="48"/>
          <w:szCs w:val="48"/>
          <w:lang w:val="es-MX"/>
        </w:rPr>
      </w:pPr>
      <w:r w:rsidRPr="005F3712">
        <w:rPr>
          <w:sz w:val="48"/>
          <w:szCs w:val="48"/>
          <w:lang w:val="es-MX"/>
        </w:rPr>
        <w:t xml:space="preserve">Nombre del alumno: </w:t>
      </w:r>
      <w:r w:rsidR="005F3712" w:rsidRPr="005F3712">
        <w:rPr>
          <w:sz w:val="48"/>
          <w:szCs w:val="48"/>
          <w:lang w:val="es-MX"/>
        </w:rPr>
        <w:t>Christian Hernandez Sardina</w:t>
      </w:r>
    </w:p>
    <w:p w14:paraId="2845B649" w14:textId="5B0C4EB7" w:rsidR="006F4E90" w:rsidRPr="005F3712" w:rsidRDefault="00483D90" w:rsidP="005F3712">
      <w:pPr>
        <w:jc w:val="center"/>
        <w:rPr>
          <w:sz w:val="48"/>
          <w:szCs w:val="48"/>
          <w:lang w:val="es-MX"/>
        </w:rPr>
      </w:pPr>
      <w:r w:rsidRPr="005F3712">
        <w:rPr>
          <w:sz w:val="48"/>
          <w:szCs w:val="48"/>
          <w:lang w:val="es-MX"/>
        </w:rPr>
        <w:t xml:space="preserve">Matrícula: </w:t>
      </w:r>
      <w:r w:rsidR="005F3712" w:rsidRPr="005F3712">
        <w:rPr>
          <w:sz w:val="48"/>
          <w:szCs w:val="48"/>
          <w:lang w:val="es-MX"/>
        </w:rPr>
        <w:t>2530113</w:t>
      </w:r>
    </w:p>
    <w:p w14:paraId="156EE4E1" w14:textId="0B2185FC" w:rsidR="006F4E90" w:rsidRPr="005F3712" w:rsidRDefault="00483D90">
      <w:pPr>
        <w:jc w:val="center"/>
        <w:rPr>
          <w:sz w:val="48"/>
          <w:szCs w:val="48"/>
          <w:lang w:val="es-MX"/>
        </w:rPr>
      </w:pPr>
      <w:r w:rsidRPr="005F3712">
        <w:rPr>
          <w:sz w:val="48"/>
          <w:szCs w:val="48"/>
          <w:lang w:val="es-MX"/>
        </w:rPr>
        <w:t>D</w:t>
      </w:r>
      <w:r w:rsidRPr="005F3712">
        <w:rPr>
          <w:sz w:val="48"/>
          <w:szCs w:val="48"/>
          <w:lang w:val="es-MX"/>
        </w:rPr>
        <w:t>ocente:</w:t>
      </w:r>
      <w:r w:rsidR="005F3712">
        <w:rPr>
          <w:sz w:val="48"/>
          <w:szCs w:val="48"/>
          <w:lang w:val="es-MX"/>
        </w:rPr>
        <w:t xml:space="preserve"> Dr.</w:t>
      </w:r>
      <w:r w:rsidRPr="005F3712">
        <w:rPr>
          <w:sz w:val="48"/>
          <w:szCs w:val="48"/>
          <w:lang w:val="es-MX"/>
        </w:rPr>
        <w:t xml:space="preserve"> </w:t>
      </w:r>
      <w:r w:rsidR="005F3712" w:rsidRPr="005F3712">
        <w:rPr>
          <w:sz w:val="48"/>
          <w:szCs w:val="48"/>
          <w:lang w:val="es-MX"/>
        </w:rPr>
        <w:t>Mario</w:t>
      </w:r>
      <w:r w:rsidR="005F3712">
        <w:rPr>
          <w:sz w:val="48"/>
          <w:szCs w:val="48"/>
          <w:lang w:val="es-MX"/>
        </w:rPr>
        <w:t xml:space="preserve"> Humberto</w:t>
      </w:r>
      <w:r w:rsidR="005F3712" w:rsidRPr="005F3712">
        <w:rPr>
          <w:sz w:val="48"/>
          <w:szCs w:val="48"/>
          <w:lang w:val="es-MX"/>
        </w:rPr>
        <w:t xml:space="preserve"> Rodríguez</w:t>
      </w:r>
      <w:r w:rsidR="005F3712">
        <w:rPr>
          <w:sz w:val="48"/>
          <w:szCs w:val="48"/>
          <w:lang w:val="es-MX"/>
        </w:rPr>
        <w:t xml:space="preserve"> Chávez</w:t>
      </w:r>
    </w:p>
    <w:p w14:paraId="114A4F24" w14:textId="77777777" w:rsidR="005F3712" w:rsidRDefault="005F3712" w:rsidP="005F3712">
      <w:pPr>
        <w:jc w:val="right"/>
        <w:rPr>
          <w:lang w:val="es-MX"/>
        </w:rPr>
      </w:pPr>
    </w:p>
    <w:p w14:paraId="0101177C" w14:textId="77777777" w:rsidR="005F3712" w:rsidRDefault="005F3712" w:rsidP="005F3712">
      <w:pPr>
        <w:jc w:val="right"/>
        <w:rPr>
          <w:lang w:val="es-MX"/>
        </w:rPr>
      </w:pPr>
    </w:p>
    <w:p w14:paraId="5CFE0697" w14:textId="77777777" w:rsidR="005F3712" w:rsidRDefault="005F3712" w:rsidP="005F3712">
      <w:pPr>
        <w:jc w:val="right"/>
        <w:rPr>
          <w:lang w:val="es-MX"/>
        </w:rPr>
      </w:pPr>
    </w:p>
    <w:p w14:paraId="45397D17" w14:textId="77777777" w:rsidR="005F3712" w:rsidRDefault="005F3712" w:rsidP="005F3712">
      <w:pPr>
        <w:jc w:val="right"/>
        <w:rPr>
          <w:lang w:val="es-MX"/>
        </w:rPr>
      </w:pPr>
    </w:p>
    <w:p w14:paraId="6A270BA9" w14:textId="77777777" w:rsidR="005F3712" w:rsidRDefault="005F3712" w:rsidP="005F3712">
      <w:pPr>
        <w:jc w:val="right"/>
        <w:rPr>
          <w:lang w:val="es-MX"/>
        </w:rPr>
      </w:pPr>
    </w:p>
    <w:p w14:paraId="07625DB1" w14:textId="201DD8CF" w:rsidR="005F3712" w:rsidRDefault="005F3712" w:rsidP="005F3712">
      <w:pPr>
        <w:jc w:val="right"/>
        <w:rPr>
          <w:lang w:val="es-MX"/>
        </w:rPr>
      </w:pPr>
    </w:p>
    <w:p w14:paraId="341342E2" w14:textId="61F9AF17" w:rsidR="005F3712" w:rsidRDefault="005F3712" w:rsidP="005F3712">
      <w:pPr>
        <w:jc w:val="right"/>
        <w:rPr>
          <w:lang w:val="es-MX"/>
        </w:rPr>
      </w:pPr>
    </w:p>
    <w:p w14:paraId="42BF0123" w14:textId="77777777" w:rsidR="005F3712" w:rsidRDefault="005F3712" w:rsidP="005F3712">
      <w:pPr>
        <w:jc w:val="right"/>
        <w:rPr>
          <w:lang w:val="es-MX"/>
        </w:rPr>
      </w:pPr>
    </w:p>
    <w:p w14:paraId="3674CEAC" w14:textId="77777777" w:rsidR="005F3712" w:rsidRDefault="005F3712" w:rsidP="005F3712">
      <w:pPr>
        <w:jc w:val="right"/>
        <w:rPr>
          <w:lang w:val="es-MX"/>
        </w:rPr>
      </w:pPr>
    </w:p>
    <w:p w14:paraId="5A4F391B" w14:textId="3A2961DE" w:rsidR="006F4E90" w:rsidRPr="005F3712" w:rsidRDefault="005F3712" w:rsidP="005F3712">
      <w:pPr>
        <w:jc w:val="right"/>
        <w:rPr>
          <w:lang w:val="es-MX"/>
        </w:rPr>
      </w:pPr>
      <w:r>
        <w:rPr>
          <w:lang w:val="es-MX"/>
        </w:rPr>
        <w:t>10 de septiembre de 2026, cd. Victoria, Tamps. Mex.</w:t>
      </w:r>
    </w:p>
    <w:p w14:paraId="61571401" w14:textId="349B7841" w:rsidR="006F4E90" w:rsidRPr="005F3712" w:rsidRDefault="00483D90" w:rsidP="00B673E6">
      <w:pPr>
        <w:jc w:val="both"/>
        <w:rPr>
          <w:lang w:val="es-MX"/>
        </w:rPr>
      </w:pPr>
      <w:r w:rsidRPr="005F3712">
        <w:rPr>
          <w:lang w:val="es-MX"/>
        </w:rPr>
        <w:br w:type="page"/>
      </w:r>
      <w:r w:rsidRPr="005F3712">
        <w:rPr>
          <w:b/>
          <w:lang w:val="es-MX"/>
        </w:rPr>
        <w:lastRenderedPageBreak/>
        <w:t>1. Objetivo</w:t>
      </w:r>
    </w:p>
    <w:p w14:paraId="2C6DD374" w14:textId="77777777" w:rsidR="005F3712" w:rsidRDefault="00483D90" w:rsidP="00B673E6">
      <w:pPr>
        <w:jc w:val="both"/>
        <w:rPr>
          <w:lang w:val="es-MX"/>
        </w:rPr>
      </w:pPr>
      <w:r w:rsidRPr="005F3712">
        <w:rPr>
          <w:lang w:val="es-MX"/>
        </w:rPr>
        <w:t>El objetivo de esta práctica es instalar y configurar WordPress en un</w:t>
      </w:r>
      <w:r w:rsidRPr="005F3712">
        <w:rPr>
          <w:lang w:val="es-MX"/>
        </w:rPr>
        <w:t xml:space="preserve"> entorno de servidor local, establecer su conexión con una base de datos y conocer los principales componentes de un sistema de gestión de contenidos (CMS). También se busca crear y configurar un sitio web básico mediante las herramientas que proporciona W</w:t>
      </w:r>
      <w:r w:rsidRPr="005F3712">
        <w:rPr>
          <w:lang w:val="es-MX"/>
        </w:rPr>
        <w:t>ordPress.</w:t>
      </w:r>
    </w:p>
    <w:p w14:paraId="5284D04D" w14:textId="77777777" w:rsidR="005F3712" w:rsidRDefault="005F3712" w:rsidP="00B673E6">
      <w:pPr>
        <w:jc w:val="both"/>
        <w:rPr>
          <w:lang w:val="es-MX"/>
        </w:rPr>
      </w:pPr>
    </w:p>
    <w:p w14:paraId="02C4AFFA" w14:textId="0C55CC21" w:rsidR="006F4E90" w:rsidRPr="005F3712" w:rsidRDefault="00483D90" w:rsidP="00B673E6">
      <w:pPr>
        <w:jc w:val="both"/>
        <w:rPr>
          <w:lang w:val="es-MX"/>
        </w:rPr>
      </w:pPr>
      <w:r w:rsidRPr="005F3712">
        <w:rPr>
          <w:b/>
          <w:lang w:val="es-MX"/>
        </w:rPr>
        <w:t>2. Herramientas utilizadas</w:t>
      </w:r>
    </w:p>
    <w:p w14:paraId="5E817A19" w14:textId="688FA6AB" w:rsidR="005F3712" w:rsidRDefault="00483D90" w:rsidP="00B673E6">
      <w:pPr>
        <w:jc w:val="both"/>
        <w:rPr>
          <w:lang w:val="es-MX"/>
        </w:rPr>
      </w:pPr>
      <w:r w:rsidRPr="005F3712">
        <w:rPr>
          <w:lang w:val="es-MX"/>
        </w:rPr>
        <w:t>P</w:t>
      </w:r>
      <w:r w:rsidRPr="005F3712">
        <w:rPr>
          <w:lang w:val="es-MX"/>
        </w:rPr>
        <w:t xml:space="preserve">ara realizar la práctica se utilizaron diferentes herramientas </w:t>
      </w:r>
      <w:r w:rsidRPr="005F3712">
        <w:rPr>
          <w:lang w:val="es-MX"/>
        </w:rPr>
        <w:t>necesarias para ejecutar Wor</w:t>
      </w:r>
      <w:r w:rsidR="009C17A5">
        <w:rPr>
          <w:lang w:val="es-MX"/>
        </w:rPr>
        <w:t>dPress:</w:t>
      </w:r>
    </w:p>
    <w:p w14:paraId="69F9CEED" w14:textId="08DE1E6C" w:rsidR="009C17A5" w:rsidRPr="009C17A5" w:rsidRDefault="009C17A5" w:rsidP="00B673E6">
      <w:pPr>
        <w:pStyle w:val="Prrafodelista"/>
        <w:numPr>
          <w:ilvl w:val="0"/>
          <w:numId w:val="10"/>
        </w:numPr>
        <w:jc w:val="both"/>
        <w:rPr>
          <w:lang w:val="es-MX"/>
        </w:rPr>
      </w:pPr>
      <w:r w:rsidRPr="009C17A5">
        <w:rPr>
          <w:lang w:val="es-MX"/>
        </w:rPr>
        <w:t>XAMPP: Utilizando Apache y MySQL para acceder de manera local.</w:t>
      </w:r>
    </w:p>
    <w:p w14:paraId="0BDF1966" w14:textId="37C71EFA" w:rsidR="009C17A5" w:rsidRDefault="009C17A5" w:rsidP="00B673E6">
      <w:pPr>
        <w:pStyle w:val="Prrafodelista"/>
        <w:numPr>
          <w:ilvl w:val="0"/>
          <w:numId w:val="10"/>
        </w:numPr>
        <w:jc w:val="both"/>
        <w:rPr>
          <w:lang w:val="es-MX"/>
        </w:rPr>
      </w:pPr>
      <w:r>
        <w:rPr>
          <w:lang w:val="es-MX"/>
        </w:rPr>
        <w:t>WordPress: Se necesito el paquete de instalación de WordPress para poder ejecutarlo.</w:t>
      </w:r>
    </w:p>
    <w:p w14:paraId="6CFC2439" w14:textId="3C919551" w:rsidR="009C17A5" w:rsidRDefault="009C17A5" w:rsidP="00B673E6">
      <w:pPr>
        <w:pStyle w:val="Prrafodelista"/>
        <w:numPr>
          <w:ilvl w:val="0"/>
          <w:numId w:val="10"/>
        </w:numPr>
        <w:jc w:val="both"/>
        <w:rPr>
          <w:lang w:val="es-MX"/>
        </w:rPr>
      </w:pPr>
      <w:r>
        <w:rPr>
          <w:lang w:val="es-MX"/>
        </w:rPr>
        <w:t>Navegador Web: Para este caso se utilizo Brave solamente por comodidad.</w:t>
      </w:r>
    </w:p>
    <w:p w14:paraId="381A095C" w14:textId="4C1C2F3C" w:rsidR="00DB694C" w:rsidRDefault="00DB694C" w:rsidP="00B673E6">
      <w:pPr>
        <w:pStyle w:val="Prrafodelista"/>
        <w:numPr>
          <w:ilvl w:val="0"/>
          <w:numId w:val="10"/>
        </w:numPr>
        <w:jc w:val="both"/>
        <w:rPr>
          <w:lang w:val="es-MX"/>
        </w:rPr>
      </w:pPr>
      <w:r>
        <w:rPr>
          <w:lang w:val="es-MX"/>
        </w:rPr>
        <w:t xml:space="preserve">Git: Se descargo Git </w:t>
      </w:r>
      <w:proofErr w:type="spellStart"/>
      <w:r>
        <w:rPr>
          <w:lang w:val="es-MX"/>
        </w:rPr>
        <w:t>Bash</w:t>
      </w:r>
      <w:proofErr w:type="spellEnd"/>
      <w:r>
        <w:rPr>
          <w:lang w:val="es-MX"/>
        </w:rPr>
        <w:t xml:space="preserve"> para poder hacer el </w:t>
      </w:r>
      <w:proofErr w:type="spellStart"/>
      <w:r>
        <w:rPr>
          <w:lang w:val="es-MX"/>
        </w:rPr>
        <w:t>push</w:t>
      </w:r>
      <w:proofErr w:type="spellEnd"/>
      <w:r>
        <w:rPr>
          <w:lang w:val="es-MX"/>
        </w:rPr>
        <w:t xml:space="preserve"> de los datos hacia un repositorio desde la terminal.</w:t>
      </w:r>
    </w:p>
    <w:p w14:paraId="10E8AC85" w14:textId="704CE2C4" w:rsidR="009C17A5" w:rsidRPr="009C17A5" w:rsidRDefault="009C17A5" w:rsidP="00B673E6">
      <w:pPr>
        <w:pStyle w:val="Prrafodelista"/>
        <w:numPr>
          <w:ilvl w:val="0"/>
          <w:numId w:val="10"/>
        </w:numPr>
        <w:jc w:val="both"/>
        <w:rPr>
          <w:lang w:val="es-MX"/>
        </w:rPr>
      </w:pPr>
      <w:r>
        <w:rPr>
          <w:lang w:val="es-MX"/>
        </w:rPr>
        <w:t xml:space="preserve">Repositorio: Se utilizo el repositorio de </w:t>
      </w:r>
      <w:proofErr w:type="spellStart"/>
      <w:r>
        <w:rPr>
          <w:lang w:val="es-MX"/>
        </w:rPr>
        <w:t>Gitlab</w:t>
      </w:r>
      <w:proofErr w:type="spellEnd"/>
      <w:r>
        <w:rPr>
          <w:lang w:val="es-MX"/>
        </w:rPr>
        <w:t xml:space="preserve"> </w:t>
      </w:r>
      <w:r w:rsidR="00DB694C">
        <w:rPr>
          <w:lang w:val="es-MX"/>
        </w:rPr>
        <w:t>para subir todo el contenido de las practicas que se realizaran en el curso.</w:t>
      </w:r>
    </w:p>
    <w:p w14:paraId="45906CD5" w14:textId="56E9B2E9" w:rsidR="006F4E90" w:rsidRPr="005F3712" w:rsidRDefault="00483D90" w:rsidP="00B673E6">
      <w:pPr>
        <w:jc w:val="both"/>
        <w:rPr>
          <w:lang w:val="es-MX"/>
        </w:rPr>
      </w:pPr>
      <w:r w:rsidRPr="005F3712">
        <w:rPr>
          <w:b/>
          <w:lang w:val="es-MX"/>
        </w:rPr>
        <w:t>3. Descripción del servidor local</w:t>
      </w:r>
    </w:p>
    <w:p w14:paraId="50ABF4A1" w14:textId="77777777" w:rsidR="006F4E90" w:rsidRPr="005F3712" w:rsidRDefault="00483D90" w:rsidP="00B673E6">
      <w:pPr>
        <w:jc w:val="both"/>
        <w:rPr>
          <w:lang w:val="es-MX"/>
        </w:rPr>
      </w:pPr>
      <w:r w:rsidRPr="005F3712">
        <w:rPr>
          <w:lang w:val="es-MX"/>
        </w:rPr>
        <w:t>E</w:t>
      </w:r>
      <w:r w:rsidRPr="005F3712">
        <w:rPr>
          <w:lang w:val="es-MX"/>
        </w:rPr>
        <w:t>l servidor local permite ejecutar el sitio web en la propia computadora sin necesidad de publicarl</w:t>
      </w:r>
      <w:r w:rsidRPr="005F3712">
        <w:rPr>
          <w:lang w:val="es-MX"/>
        </w:rPr>
        <w:t>o en Internet. Para esta práctica se utilizó un entorno local que proporciona los servicios necesarios para ejecutar WordPress.</w:t>
      </w:r>
    </w:p>
    <w:p w14:paraId="6FD4A8BD" w14:textId="14801CDA" w:rsidR="006F4E90" w:rsidRPr="005F3712" w:rsidRDefault="00483D90" w:rsidP="00B673E6">
      <w:pPr>
        <w:jc w:val="both"/>
        <w:rPr>
          <w:lang w:val="es-MX"/>
        </w:rPr>
      </w:pPr>
      <w:r w:rsidRPr="005F3712">
        <w:rPr>
          <w:lang w:val="es-MX"/>
        </w:rPr>
        <w:t>Primero se inició el servidor local y se verificó que los servicios necesarios, principalmente Apache y MySQL</w:t>
      </w:r>
      <w:r w:rsidRPr="005F3712">
        <w:rPr>
          <w:lang w:val="es-MX"/>
        </w:rPr>
        <w:t>, estuviera</w:t>
      </w:r>
      <w:r w:rsidRPr="005F3712">
        <w:rPr>
          <w:lang w:val="es-MX"/>
        </w:rPr>
        <w:t xml:space="preserve">n activos. </w:t>
      </w:r>
      <w:r w:rsidR="000B65B4">
        <w:rPr>
          <w:lang w:val="es-MX"/>
        </w:rPr>
        <w:t xml:space="preserve">Después </w:t>
      </w:r>
      <w:r w:rsidRPr="005F3712">
        <w:rPr>
          <w:lang w:val="es-MX"/>
        </w:rPr>
        <w:t>se comprobó el funcionamiento del servidor mediante el acceso a la dirección local.</w:t>
      </w:r>
    </w:p>
    <w:p w14:paraId="40050313" w14:textId="5F9772CA" w:rsidR="005F3712" w:rsidRDefault="000B65B4" w:rsidP="00B673E6">
      <w:pPr>
        <w:jc w:val="both"/>
        <w:rPr>
          <w:lang w:val="es-MX"/>
        </w:rPr>
      </w:pPr>
      <w:r w:rsidRPr="000B65B4">
        <w:rPr>
          <w:lang w:val="es-MX"/>
        </w:rPr>
        <w:lastRenderedPageBreak/>
        <w:drawing>
          <wp:inline distT="0" distB="0" distL="0" distR="0" wp14:anchorId="501BA4A5" wp14:editId="30992E49">
            <wp:extent cx="5943600" cy="33432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41905FB4" w14:textId="182434A9" w:rsidR="006F4E90" w:rsidRPr="005F3712" w:rsidRDefault="00483D90" w:rsidP="00B673E6">
      <w:pPr>
        <w:jc w:val="both"/>
        <w:rPr>
          <w:lang w:val="es-MX"/>
        </w:rPr>
      </w:pPr>
      <w:r w:rsidRPr="005F3712">
        <w:rPr>
          <w:b/>
          <w:lang w:val="es-MX"/>
        </w:rPr>
        <w:t>4. Creación de la base de datos</w:t>
      </w:r>
    </w:p>
    <w:p w14:paraId="5AB45F4B" w14:textId="5C31B12F" w:rsidR="006F4E90" w:rsidRPr="005F3712" w:rsidRDefault="00483D90" w:rsidP="00B673E6">
      <w:pPr>
        <w:jc w:val="both"/>
        <w:rPr>
          <w:lang w:val="es-MX"/>
        </w:rPr>
      </w:pPr>
      <w:r w:rsidRPr="005F3712">
        <w:rPr>
          <w:lang w:val="es-MX"/>
        </w:rPr>
        <w:t>P</w:t>
      </w:r>
      <w:r w:rsidRPr="005F3712">
        <w:rPr>
          <w:lang w:val="es-MX"/>
        </w:rPr>
        <w:t xml:space="preserve">ara que WordPress pudiera almacenar la </w:t>
      </w:r>
      <w:r w:rsidRPr="005F3712">
        <w:rPr>
          <w:lang w:val="es-MX"/>
        </w:rPr>
        <w:t xml:space="preserve">información del sitio fue necesario crear una base de datos. Esta se creó mediante </w:t>
      </w:r>
      <w:proofErr w:type="spellStart"/>
      <w:r w:rsidR="000B65B4">
        <w:rPr>
          <w:lang w:val="es-MX"/>
        </w:rPr>
        <w:t>phpMyAdmin</w:t>
      </w:r>
      <w:proofErr w:type="spellEnd"/>
      <w:r w:rsidR="000B65B4">
        <w:rPr>
          <w:lang w:val="es-MX"/>
        </w:rPr>
        <w:t xml:space="preserve"> que es la herramienta del servidor local</w:t>
      </w:r>
      <w:r w:rsidRPr="005F3712">
        <w:rPr>
          <w:lang w:val="es-MX"/>
        </w:rPr>
        <w:t>.</w:t>
      </w:r>
    </w:p>
    <w:p w14:paraId="54B8B775" w14:textId="0E8602D7" w:rsidR="006F4E90" w:rsidRPr="005F3712" w:rsidRDefault="00483D90" w:rsidP="00B673E6">
      <w:pPr>
        <w:jc w:val="both"/>
        <w:rPr>
          <w:lang w:val="es-MX"/>
        </w:rPr>
      </w:pPr>
      <w:r w:rsidRPr="005F3712">
        <w:rPr>
          <w:lang w:val="es-MX"/>
        </w:rPr>
        <w:t xml:space="preserve">Nombre de la base de datos: </w:t>
      </w:r>
      <w:r w:rsidR="000B65B4">
        <w:rPr>
          <w:lang w:val="es-MX"/>
        </w:rPr>
        <w:t>practica_2</w:t>
      </w:r>
    </w:p>
    <w:p w14:paraId="4D62DCF8" w14:textId="77777777" w:rsidR="006F4E90" w:rsidRPr="005F3712" w:rsidRDefault="00483D90" w:rsidP="00B673E6">
      <w:pPr>
        <w:jc w:val="both"/>
        <w:rPr>
          <w:lang w:val="es-MX"/>
        </w:rPr>
      </w:pPr>
      <w:r w:rsidRPr="005F3712">
        <w:rPr>
          <w:lang w:val="es-MX"/>
        </w:rPr>
        <w:t>Codificación utilizada: utf8mb4</w:t>
      </w:r>
    </w:p>
    <w:p w14:paraId="64C3EB49" w14:textId="77777777" w:rsidR="006F4E90" w:rsidRPr="005F3712" w:rsidRDefault="00483D90" w:rsidP="00B673E6">
      <w:pPr>
        <w:jc w:val="both"/>
        <w:rPr>
          <w:lang w:val="es-MX"/>
        </w:rPr>
      </w:pPr>
      <w:r w:rsidRPr="005F3712">
        <w:rPr>
          <w:lang w:val="es-MX"/>
        </w:rPr>
        <w:t xml:space="preserve">La base de </w:t>
      </w:r>
      <w:r w:rsidRPr="005F3712">
        <w:rPr>
          <w:lang w:val="es-MX"/>
        </w:rPr>
        <w:t>datos es utilizada por WordPress para almacenar información relacionada con el sitio, como configuraciones, usuarios, contenido y otros datos necesarios para su funcionamiento.</w:t>
      </w:r>
    </w:p>
    <w:p w14:paraId="20DA3B74" w14:textId="76812CA7" w:rsidR="005F3712" w:rsidRDefault="00483D90" w:rsidP="00B673E6">
      <w:pPr>
        <w:jc w:val="both"/>
        <w:rPr>
          <w:lang w:val="es-MX"/>
        </w:rPr>
      </w:pPr>
      <w:r w:rsidRPr="005F3712">
        <w:rPr>
          <w:lang w:val="es-MX"/>
        </w:rPr>
        <w:t>Evidencia</w:t>
      </w:r>
      <w:r w:rsidR="000B65B4">
        <w:rPr>
          <w:lang w:val="es-MX"/>
        </w:rPr>
        <w:t xml:space="preserve">: </w:t>
      </w:r>
    </w:p>
    <w:p w14:paraId="549AECD7" w14:textId="5F484C97" w:rsidR="000B65B4" w:rsidRDefault="000B65B4" w:rsidP="00B673E6">
      <w:pPr>
        <w:jc w:val="both"/>
        <w:rPr>
          <w:lang w:val="es-MX"/>
        </w:rPr>
      </w:pPr>
      <w:r w:rsidRPr="000B65B4">
        <w:rPr>
          <w:lang w:val="es-MX"/>
        </w:rPr>
        <w:lastRenderedPageBreak/>
        <w:drawing>
          <wp:inline distT="0" distB="0" distL="0" distR="0" wp14:anchorId="73AF3244" wp14:editId="484E7156">
            <wp:extent cx="5594350" cy="3146821"/>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594350" cy="3146821"/>
                    </a:xfrm>
                    <a:prstGeom prst="rect">
                      <a:avLst/>
                    </a:prstGeom>
                  </pic:spPr>
                </pic:pic>
              </a:graphicData>
            </a:graphic>
          </wp:inline>
        </w:drawing>
      </w:r>
    </w:p>
    <w:p w14:paraId="5A00741B" w14:textId="77777777" w:rsidR="005F3712" w:rsidRDefault="005F3712" w:rsidP="00B673E6">
      <w:pPr>
        <w:jc w:val="both"/>
        <w:rPr>
          <w:lang w:val="es-MX"/>
        </w:rPr>
      </w:pPr>
    </w:p>
    <w:p w14:paraId="1512BD4F" w14:textId="6F278404" w:rsidR="006F4E90" w:rsidRPr="005F3712" w:rsidRDefault="00483D90" w:rsidP="00B673E6">
      <w:pPr>
        <w:jc w:val="both"/>
        <w:rPr>
          <w:lang w:val="es-MX"/>
        </w:rPr>
      </w:pPr>
      <w:r w:rsidRPr="005F3712">
        <w:rPr>
          <w:b/>
          <w:lang w:val="es-MX"/>
        </w:rPr>
        <w:t>5. Procedimiento de inst</w:t>
      </w:r>
      <w:r w:rsidRPr="005F3712">
        <w:rPr>
          <w:b/>
          <w:lang w:val="es-MX"/>
        </w:rPr>
        <w:t>alación de WordPress</w:t>
      </w:r>
    </w:p>
    <w:p w14:paraId="094A6BF3" w14:textId="31776227" w:rsidR="000B65B4" w:rsidRDefault="00483D90" w:rsidP="00B673E6">
      <w:pPr>
        <w:jc w:val="both"/>
        <w:rPr>
          <w:lang w:val="es-MX"/>
        </w:rPr>
      </w:pPr>
      <w:r w:rsidRPr="005F3712">
        <w:rPr>
          <w:lang w:val="es-MX"/>
        </w:rPr>
        <w:t>P</w:t>
      </w:r>
      <w:r w:rsidRPr="005F3712">
        <w:rPr>
          <w:lang w:val="es-MX"/>
        </w:rPr>
        <w:t>ara instalar WordPress se descargaron y descomprimieron sus archivos dentro de</w:t>
      </w:r>
      <w:r w:rsidR="005F44FE">
        <w:rPr>
          <w:lang w:val="es-MX"/>
        </w:rPr>
        <w:t xml:space="preserve"> una</w:t>
      </w:r>
      <w:r w:rsidRPr="005F3712">
        <w:rPr>
          <w:lang w:val="es-MX"/>
        </w:rPr>
        <w:t xml:space="preserve"> carpeta pública del servidor local. </w:t>
      </w:r>
      <w:r w:rsidR="000B65B4">
        <w:rPr>
          <w:lang w:val="es-MX"/>
        </w:rPr>
        <w:t xml:space="preserve">Una vez hecho esto </w:t>
      </w:r>
      <w:r w:rsidRPr="005F3712">
        <w:rPr>
          <w:lang w:val="es-MX"/>
        </w:rPr>
        <w:t>se accedió desde el navegador a la dirección correspondiente al proyecto para iniciar el proceso de i</w:t>
      </w:r>
      <w:r w:rsidRPr="005F3712">
        <w:rPr>
          <w:lang w:val="es-MX"/>
        </w:rPr>
        <w:t>nstalación</w:t>
      </w:r>
      <w:r w:rsidR="005F44FE">
        <w:rPr>
          <w:lang w:val="es-MX"/>
        </w:rPr>
        <w:t xml:space="preserve"> (</w:t>
      </w:r>
      <w:r w:rsidR="005F44FE" w:rsidRPr="005F44FE">
        <w:rPr>
          <w:lang w:val="es-MX"/>
        </w:rPr>
        <w:t>C:\</w:t>
      </w:r>
      <w:proofErr w:type="spellStart"/>
      <w:r w:rsidR="005F44FE" w:rsidRPr="005F44FE">
        <w:rPr>
          <w:lang w:val="es-MX"/>
        </w:rPr>
        <w:t>xampp</w:t>
      </w:r>
      <w:proofErr w:type="spellEnd"/>
      <w:r w:rsidR="005F44FE" w:rsidRPr="005F44FE">
        <w:rPr>
          <w:lang w:val="es-MX"/>
        </w:rPr>
        <w:t>\</w:t>
      </w:r>
      <w:proofErr w:type="spellStart"/>
      <w:r w:rsidR="005F44FE" w:rsidRPr="005F44FE">
        <w:rPr>
          <w:lang w:val="es-MX"/>
        </w:rPr>
        <w:t>htdocs</w:t>
      </w:r>
      <w:proofErr w:type="spellEnd"/>
      <w:r w:rsidR="005F44FE" w:rsidRPr="005F44FE">
        <w:rPr>
          <w:lang w:val="es-MX"/>
        </w:rPr>
        <w:t>\</w:t>
      </w:r>
      <w:proofErr w:type="spellStart"/>
      <w:r w:rsidR="005F44FE" w:rsidRPr="005F44FE">
        <w:rPr>
          <w:lang w:val="es-MX"/>
        </w:rPr>
        <w:t>sep</w:t>
      </w:r>
      <w:proofErr w:type="spellEnd"/>
      <w:r w:rsidR="005F44FE" w:rsidRPr="005F44FE">
        <w:rPr>
          <w:lang w:val="es-MX"/>
        </w:rPr>
        <w:t>-dic</w:t>
      </w:r>
      <w:r w:rsidR="005F44FE">
        <w:rPr>
          <w:lang w:val="es-MX"/>
        </w:rPr>
        <w:t>)</w:t>
      </w:r>
      <w:r w:rsidRPr="005F3712">
        <w:rPr>
          <w:lang w:val="es-MX"/>
        </w:rPr>
        <w:t>.</w:t>
      </w:r>
    </w:p>
    <w:p w14:paraId="144DAA46" w14:textId="4F204C82" w:rsidR="006F4E90" w:rsidRPr="005F3712" w:rsidRDefault="00483D90" w:rsidP="00B673E6">
      <w:pPr>
        <w:jc w:val="both"/>
        <w:rPr>
          <w:lang w:val="es-MX"/>
        </w:rPr>
      </w:pPr>
      <w:r w:rsidRPr="005F3712">
        <w:rPr>
          <w:b/>
          <w:lang w:val="es-MX"/>
        </w:rPr>
        <w:t>6. Configuración inicial</w:t>
      </w:r>
    </w:p>
    <w:p w14:paraId="0289F5E8" w14:textId="77777777" w:rsidR="006F4E90" w:rsidRPr="005F3712" w:rsidRDefault="00483D90" w:rsidP="00B673E6">
      <w:pPr>
        <w:jc w:val="both"/>
        <w:rPr>
          <w:lang w:val="es-MX"/>
        </w:rPr>
      </w:pPr>
      <w:r w:rsidRPr="005F3712">
        <w:rPr>
          <w:lang w:val="es-MX"/>
        </w:rPr>
        <w:t>D</w:t>
      </w:r>
      <w:r w:rsidRPr="005F3712">
        <w:rPr>
          <w:lang w:val="es-MX"/>
        </w:rPr>
        <w:t xml:space="preserve">espués de instalar WordPress se realizó la configuración inicial del sitio. Se </w:t>
      </w:r>
      <w:r w:rsidRPr="005F3712">
        <w:rPr>
          <w:lang w:val="es-MX"/>
        </w:rPr>
        <w:t>estableció el nombre del sitio, una descripción y una cuenta de administrador para gestionar el contenido.</w:t>
      </w:r>
    </w:p>
    <w:p w14:paraId="01AB7AC9" w14:textId="77777777" w:rsidR="006F4E90" w:rsidRPr="005F3712" w:rsidRDefault="00483D90" w:rsidP="00B673E6">
      <w:pPr>
        <w:jc w:val="both"/>
        <w:rPr>
          <w:lang w:val="es-MX"/>
        </w:rPr>
      </w:pPr>
      <w:r w:rsidRPr="005F3712">
        <w:rPr>
          <w:lang w:val="es-MX"/>
        </w:rPr>
        <w:t>Título del sitio: Academia Digital UPV</w:t>
      </w:r>
    </w:p>
    <w:p w14:paraId="2A9218A9" w14:textId="77777777" w:rsidR="006F4E90" w:rsidRPr="005F3712" w:rsidRDefault="00483D90" w:rsidP="00B673E6">
      <w:pPr>
        <w:jc w:val="both"/>
        <w:rPr>
          <w:lang w:val="es-MX"/>
        </w:rPr>
      </w:pPr>
      <w:r w:rsidRPr="005F3712">
        <w:rPr>
          <w:lang w:val="es-MX"/>
        </w:rPr>
        <w:t>Descripción: Formación práctica para el desarrollo de habilidades digitales</w:t>
      </w:r>
    </w:p>
    <w:p w14:paraId="41C8D93E" w14:textId="52B2B38E" w:rsidR="006F4E90" w:rsidRDefault="00483D90" w:rsidP="00B673E6">
      <w:pPr>
        <w:jc w:val="both"/>
        <w:rPr>
          <w:lang w:val="es-MX"/>
        </w:rPr>
      </w:pPr>
      <w:r w:rsidRPr="005F3712">
        <w:rPr>
          <w:lang w:val="es-MX"/>
        </w:rPr>
        <w:t>Usuario administrador:</w:t>
      </w:r>
      <w:r w:rsidR="000B65B4">
        <w:rPr>
          <w:lang w:val="es-MX"/>
        </w:rPr>
        <w:t xml:space="preserve"> </w:t>
      </w:r>
      <w:proofErr w:type="spellStart"/>
      <w:r w:rsidR="000B65B4">
        <w:rPr>
          <w:lang w:val="es-MX"/>
        </w:rPr>
        <w:t>admin</w:t>
      </w:r>
      <w:proofErr w:type="spellEnd"/>
    </w:p>
    <w:p w14:paraId="2C9F3517" w14:textId="79B14922" w:rsidR="00855EA3" w:rsidRPr="005F3712" w:rsidRDefault="00855EA3" w:rsidP="00B673E6">
      <w:pPr>
        <w:jc w:val="both"/>
        <w:rPr>
          <w:lang w:val="es-MX"/>
        </w:rPr>
      </w:pPr>
      <w:r>
        <w:rPr>
          <w:lang w:val="es-MX"/>
        </w:rPr>
        <w:t>Base de Datos: practica_2</w:t>
      </w:r>
    </w:p>
    <w:p w14:paraId="4053B363" w14:textId="0CB14FEB" w:rsidR="005F3712" w:rsidRDefault="00483D90" w:rsidP="00B673E6">
      <w:pPr>
        <w:jc w:val="both"/>
        <w:rPr>
          <w:lang w:val="es-MX"/>
        </w:rPr>
      </w:pPr>
      <w:r w:rsidRPr="005F3712">
        <w:rPr>
          <w:lang w:val="es-MX"/>
        </w:rPr>
        <w:t xml:space="preserve">La configuración inicial permitió </w:t>
      </w:r>
      <w:r w:rsidR="000B65B4">
        <w:rPr>
          <w:lang w:val="es-MX"/>
        </w:rPr>
        <w:t xml:space="preserve">acceso </w:t>
      </w:r>
      <w:r w:rsidRPr="005F3712">
        <w:rPr>
          <w:lang w:val="es-MX"/>
        </w:rPr>
        <w:t>de un sitio administrable desde el panel de WordPress.</w:t>
      </w:r>
    </w:p>
    <w:p w14:paraId="69077A88" w14:textId="77777777" w:rsidR="005F3712" w:rsidRDefault="005F3712" w:rsidP="00B673E6">
      <w:pPr>
        <w:jc w:val="both"/>
        <w:rPr>
          <w:lang w:val="es-MX"/>
        </w:rPr>
      </w:pPr>
    </w:p>
    <w:p w14:paraId="0EAAB5E3" w14:textId="6615AFD5" w:rsidR="006F4E90" w:rsidRPr="005F3712" w:rsidRDefault="00483D90" w:rsidP="00B673E6">
      <w:pPr>
        <w:jc w:val="both"/>
        <w:rPr>
          <w:lang w:val="es-MX"/>
        </w:rPr>
      </w:pPr>
      <w:r w:rsidRPr="005F3712">
        <w:rPr>
          <w:b/>
          <w:lang w:val="es-MX"/>
        </w:rPr>
        <w:lastRenderedPageBreak/>
        <w:t>7. Exploración del CMS</w:t>
      </w:r>
    </w:p>
    <w:p w14:paraId="46107C76" w14:textId="77777777" w:rsidR="006F4E90" w:rsidRPr="005F3712" w:rsidRDefault="00483D90" w:rsidP="00B673E6">
      <w:pPr>
        <w:jc w:val="both"/>
        <w:rPr>
          <w:lang w:val="es-MX"/>
        </w:rPr>
      </w:pPr>
      <w:r w:rsidRPr="005F3712">
        <w:rPr>
          <w:lang w:val="es-MX"/>
        </w:rPr>
        <w:t>S</w:t>
      </w:r>
      <w:r w:rsidRPr="005F3712">
        <w:rPr>
          <w:lang w:val="es-MX"/>
        </w:rPr>
        <w:t>e exploró el panel administrativo de WordPress con el propósito de identificar sus principales componentes y conoc</w:t>
      </w:r>
      <w:r w:rsidRPr="005F3712">
        <w:rPr>
          <w:lang w:val="es-MX"/>
        </w:rPr>
        <w:t>er la función general de cada uno.</w:t>
      </w:r>
    </w:p>
    <w:p w14:paraId="0183A126" w14:textId="77777777" w:rsidR="006F4E90" w:rsidRPr="005F3712" w:rsidRDefault="00483D90" w:rsidP="00B673E6">
      <w:pPr>
        <w:jc w:val="both"/>
        <w:rPr>
          <w:lang w:val="es-MX"/>
        </w:rPr>
      </w:pPr>
      <w:r w:rsidRPr="005F3712">
        <w:rPr>
          <w:lang w:val="es-MX"/>
        </w:rPr>
        <w:t>• Escritorio: permite consultar y administrar diferentes aspectos generales del sitio.</w:t>
      </w:r>
    </w:p>
    <w:p w14:paraId="31C9DFF5" w14:textId="77777777" w:rsidR="006F4E90" w:rsidRPr="005F3712" w:rsidRDefault="00483D90" w:rsidP="00B673E6">
      <w:pPr>
        <w:jc w:val="both"/>
        <w:rPr>
          <w:lang w:val="es-MX"/>
        </w:rPr>
      </w:pPr>
      <w:r w:rsidRPr="005F3712">
        <w:rPr>
          <w:lang w:val="es-MX"/>
        </w:rPr>
        <w:t>• Entradas: permite gestionar contenido publicado como noticias o publicaciones.</w:t>
      </w:r>
    </w:p>
    <w:p w14:paraId="28A199D7" w14:textId="77777777" w:rsidR="006F4E90" w:rsidRPr="005F3712" w:rsidRDefault="00483D90" w:rsidP="00B673E6">
      <w:pPr>
        <w:jc w:val="both"/>
        <w:rPr>
          <w:lang w:val="es-MX"/>
        </w:rPr>
      </w:pPr>
      <w:r w:rsidRPr="005F3712">
        <w:rPr>
          <w:lang w:val="es-MX"/>
        </w:rPr>
        <w:t>• Medios: permite administrar imágenes y otros archiv</w:t>
      </w:r>
      <w:r w:rsidRPr="005F3712">
        <w:rPr>
          <w:lang w:val="es-MX"/>
        </w:rPr>
        <w:t>os multimedia.</w:t>
      </w:r>
    </w:p>
    <w:p w14:paraId="5A97984B" w14:textId="1641D747" w:rsidR="006F4E90" w:rsidRPr="005F3712" w:rsidRDefault="00483D90" w:rsidP="00B673E6">
      <w:pPr>
        <w:jc w:val="both"/>
        <w:rPr>
          <w:lang w:val="es-MX"/>
        </w:rPr>
      </w:pPr>
      <w:r w:rsidRPr="005F3712">
        <w:rPr>
          <w:lang w:val="es-MX"/>
        </w:rPr>
        <w:t>• Páginas: permite crear y administrar</w:t>
      </w:r>
      <w:r w:rsidRPr="005F3712">
        <w:rPr>
          <w:lang w:val="es-MX"/>
        </w:rPr>
        <w:t xml:space="preserve"> página</w:t>
      </w:r>
      <w:r w:rsidR="00113DEB">
        <w:rPr>
          <w:lang w:val="es-MX"/>
        </w:rPr>
        <w:t>s</w:t>
      </w:r>
      <w:r w:rsidRPr="005F3712">
        <w:rPr>
          <w:lang w:val="es-MX"/>
        </w:rPr>
        <w:t>.</w:t>
      </w:r>
    </w:p>
    <w:p w14:paraId="04BA6CE0" w14:textId="77777777" w:rsidR="006F4E90" w:rsidRPr="005F3712" w:rsidRDefault="00483D90" w:rsidP="00B673E6">
      <w:pPr>
        <w:jc w:val="both"/>
        <w:rPr>
          <w:lang w:val="es-MX"/>
        </w:rPr>
      </w:pPr>
      <w:r w:rsidRPr="005F3712">
        <w:rPr>
          <w:lang w:val="es-MX"/>
        </w:rPr>
        <w:t>• Comentarios: permite gestionar los comentarios realizados en el sitio.</w:t>
      </w:r>
    </w:p>
    <w:p w14:paraId="7EEF6D4A" w14:textId="77777777" w:rsidR="006F4E90" w:rsidRPr="005F3712" w:rsidRDefault="00483D90" w:rsidP="00B673E6">
      <w:pPr>
        <w:jc w:val="both"/>
        <w:rPr>
          <w:lang w:val="es-MX"/>
        </w:rPr>
      </w:pPr>
      <w:r w:rsidRPr="005F3712">
        <w:rPr>
          <w:lang w:val="es-MX"/>
        </w:rPr>
        <w:t>• Apariencia: permite configurar aspectos relacionados con la presentación del sitio.</w:t>
      </w:r>
    </w:p>
    <w:p w14:paraId="4240BE9F" w14:textId="77777777" w:rsidR="006F4E90" w:rsidRPr="005F3712" w:rsidRDefault="00483D90" w:rsidP="00B673E6">
      <w:pPr>
        <w:jc w:val="both"/>
        <w:rPr>
          <w:lang w:val="es-MX"/>
        </w:rPr>
      </w:pPr>
      <w:r w:rsidRPr="005F3712">
        <w:rPr>
          <w:lang w:val="es-MX"/>
        </w:rPr>
        <w:t xml:space="preserve">• Plugins: </w:t>
      </w:r>
      <w:r w:rsidRPr="005F3712">
        <w:rPr>
          <w:lang w:val="es-MX"/>
        </w:rPr>
        <w:t>permite administrar extensiones que agregan funcionalidades.</w:t>
      </w:r>
    </w:p>
    <w:p w14:paraId="48DDB4A6" w14:textId="77777777" w:rsidR="006F4E90" w:rsidRPr="005F3712" w:rsidRDefault="00483D90" w:rsidP="00B673E6">
      <w:pPr>
        <w:jc w:val="both"/>
        <w:rPr>
          <w:lang w:val="es-MX"/>
        </w:rPr>
      </w:pPr>
      <w:r w:rsidRPr="005F3712">
        <w:rPr>
          <w:lang w:val="es-MX"/>
        </w:rPr>
        <w:t>• Usuarios: permite administrar las cuentas y roles de los usuarios.</w:t>
      </w:r>
    </w:p>
    <w:p w14:paraId="5CED318F" w14:textId="76EC8A05" w:rsidR="005F3712" w:rsidRDefault="00483D90" w:rsidP="00113DEB">
      <w:pPr>
        <w:jc w:val="both"/>
        <w:rPr>
          <w:lang w:val="es-MX"/>
        </w:rPr>
      </w:pPr>
      <w:r w:rsidRPr="005F3712">
        <w:rPr>
          <w:lang w:val="es-MX"/>
        </w:rPr>
        <w:t>• Ajustes: permite configurar diferentes opciones generales del sitio.</w:t>
      </w:r>
    </w:p>
    <w:p w14:paraId="32FB33BE" w14:textId="77777777" w:rsidR="005F3712" w:rsidRDefault="005F3712" w:rsidP="00B673E6">
      <w:pPr>
        <w:jc w:val="both"/>
        <w:rPr>
          <w:lang w:val="es-MX"/>
        </w:rPr>
      </w:pPr>
    </w:p>
    <w:p w14:paraId="64EC7085" w14:textId="12932B92" w:rsidR="006F4E90" w:rsidRPr="005F3712" w:rsidRDefault="00483D90" w:rsidP="00B673E6">
      <w:pPr>
        <w:jc w:val="both"/>
        <w:rPr>
          <w:lang w:val="es-MX"/>
        </w:rPr>
      </w:pPr>
      <w:r w:rsidRPr="005F3712">
        <w:rPr>
          <w:b/>
          <w:lang w:val="es-MX"/>
        </w:rPr>
        <w:t>8. Páginas creadas</w:t>
      </w:r>
    </w:p>
    <w:p w14:paraId="45054DC9" w14:textId="77777777" w:rsidR="005F3712" w:rsidRDefault="00483D90" w:rsidP="00B673E6">
      <w:pPr>
        <w:jc w:val="both"/>
        <w:rPr>
          <w:lang w:val="es-MX"/>
        </w:rPr>
      </w:pPr>
      <w:r w:rsidRPr="005F3712">
        <w:rPr>
          <w:lang w:val="es-MX"/>
        </w:rPr>
        <w:t>Se construyó una estructura básica para el sitio de la Academia Digital UPV mediante diferentes páginas. Cada página se utilizó para presentar información específica de la organización.</w:t>
      </w:r>
    </w:p>
    <w:p w14:paraId="330A6528" w14:textId="2067B130" w:rsidR="006F4E90" w:rsidRPr="005F3712" w:rsidRDefault="00483D90" w:rsidP="00B673E6">
      <w:pPr>
        <w:jc w:val="both"/>
        <w:rPr>
          <w:lang w:val="es-MX"/>
        </w:rPr>
      </w:pPr>
      <w:r w:rsidRPr="005F3712">
        <w:rPr>
          <w:b/>
          <w:lang w:val="es-MX"/>
        </w:rPr>
        <w:t>8.1 Inicio</w:t>
      </w:r>
    </w:p>
    <w:p w14:paraId="30D784A7" w14:textId="77777777" w:rsidR="006F4E90" w:rsidRPr="005F3712" w:rsidRDefault="00483D90" w:rsidP="00B673E6">
      <w:pPr>
        <w:jc w:val="both"/>
        <w:rPr>
          <w:lang w:val="es-MX"/>
        </w:rPr>
      </w:pPr>
      <w:r w:rsidRPr="005F3712">
        <w:rPr>
          <w:lang w:val="es-MX"/>
        </w:rPr>
        <w:t>L</w:t>
      </w:r>
      <w:r w:rsidRPr="005F3712">
        <w:rPr>
          <w:lang w:val="es-MX"/>
        </w:rPr>
        <w:t>a página de inicio c</w:t>
      </w:r>
      <w:r w:rsidRPr="005F3712">
        <w:rPr>
          <w:lang w:val="es-MX"/>
        </w:rPr>
        <w:t>ontiene información general de la academia, un mensaje de bienvenida, una imagen principal, cursos destacados y un enlace para conocer los cursos disponibles.</w:t>
      </w:r>
    </w:p>
    <w:p w14:paraId="0DBEA5BA" w14:textId="3D1AA1F3" w:rsidR="005F3712" w:rsidRDefault="00113DEB" w:rsidP="00B673E6">
      <w:pPr>
        <w:jc w:val="both"/>
        <w:rPr>
          <w:lang w:val="es-MX"/>
        </w:rPr>
      </w:pPr>
      <w:r>
        <w:rPr>
          <w:noProof/>
        </w:rPr>
        <w:lastRenderedPageBreak/>
        <w:drawing>
          <wp:inline distT="0" distB="0" distL="0" distR="0" wp14:anchorId="5FEB55D6" wp14:editId="328518B2">
            <wp:extent cx="5943600" cy="33432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1C3B25B" w14:textId="77777777" w:rsidR="00113DEB" w:rsidRDefault="00113DEB" w:rsidP="00B673E6">
      <w:pPr>
        <w:jc w:val="both"/>
        <w:rPr>
          <w:lang w:val="es-MX"/>
        </w:rPr>
      </w:pPr>
    </w:p>
    <w:p w14:paraId="05077C5B" w14:textId="54A309DF" w:rsidR="006F4E90" w:rsidRPr="005F3712" w:rsidRDefault="00483D90" w:rsidP="00B673E6">
      <w:pPr>
        <w:jc w:val="both"/>
        <w:rPr>
          <w:lang w:val="es-MX"/>
        </w:rPr>
      </w:pPr>
      <w:r w:rsidRPr="005F3712">
        <w:rPr>
          <w:b/>
          <w:lang w:val="es-MX"/>
        </w:rPr>
        <w:t>8.2 Nosotros</w:t>
      </w:r>
    </w:p>
    <w:p w14:paraId="182AC84A" w14:textId="2C94A128" w:rsidR="005F3712" w:rsidRDefault="00483D90" w:rsidP="00113DEB">
      <w:pPr>
        <w:jc w:val="both"/>
        <w:rPr>
          <w:lang w:val="es-MX"/>
        </w:rPr>
      </w:pPr>
      <w:r w:rsidRPr="005F3712">
        <w:rPr>
          <w:lang w:val="es-MX"/>
        </w:rPr>
        <w:t xml:space="preserve">La página </w:t>
      </w:r>
      <w:proofErr w:type="gramStart"/>
      <w:r w:rsidRPr="005F3712">
        <w:rPr>
          <w:lang w:val="es-MX"/>
        </w:rPr>
        <w:t>Nosotros presenta</w:t>
      </w:r>
      <w:proofErr w:type="gramEnd"/>
      <w:r w:rsidRPr="005F3712">
        <w:rPr>
          <w:lang w:val="es-MX"/>
        </w:rPr>
        <w:t xml:space="preserve"> info</w:t>
      </w:r>
      <w:r w:rsidRPr="005F3712">
        <w:rPr>
          <w:lang w:val="es-MX"/>
        </w:rPr>
        <w:t>rmación relacionada con la academia, incluyendo quiénes somos, misión, visión y objetivo.</w:t>
      </w:r>
    </w:p>
    <w:p w14:paraId="5CF74389" w14:textId="61F61C84" w:rsidR="00113DEB" w:rsidRDefault="00113DEB" w:rsidP="00113DEB">
      <w:pPr>
        <w:jc w:val="both"/>
        <w:rPr>
          <w:lang w:val="es-MX"/>
        </w:rPr>
      </w:pPr>
      <w:r>
        <w:rPr>
          <w:noProof/>
        </w:rPr>
        <w:drawing>
          <wp:inline distT="0" distB="0" distL="0" distR="0" wp14:anchorId="23720096" wp14:editId="5B21DCA6">
            <wp:extent cx="5943600" cy="33432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A2F6EDA" w14:textId="262C9A5E" w:rsidR="006F4E90" w:rsidRPr="005F3712" w:rsidRDefault="00483D90" w:rsidP="00B673E6">
      <w:pPr>
        <w:jc w:val="both"/>
        <w:rPr>
          <w:lang w:val="es-MX"/>
        </w:rPr>
      </w:pPr>
      <w:r w:rsidRPr="005F3712">
        <w:rPr>
          <w:b/>
          <w:lang w:val="es-MX"/>
        </w:rPr>
        <w:lastRenderedPageBreak/>
        <w:t>8.3 Cursos</w:t>
      </w:r>
    </w:p>
    <w:p w14:paraId="03D8D7FF" w14:textId="4D4CD6F8" w:rsidR="005F3712" w:rsidRDefault="00483D90" w:rsidP="00113DEB">
      <w:pPr>
        <w:jc w:val="both"/>
        <w:rPr>
          <w:lang w:val="es-MX"/>
        </w:rPr>
      </w:pPr>
      <w:r w:rsidRPr="005F3712">
        <w:rPr>
          <w:lang w:val="es-MX"/>
        </w:rPr>
        <w:t>La página Cursos presenta el catálogo básico de cursos de la academia. Entre los cursos considerados se</w:t>
      </w:r>
      <w:r w:rsidRPr="005F3712">
        <w:rPr>
          <w:lang w:val="es-MX"/>
        </w:rPr>
        <w:t xml:space="preserve"> encuentran Desarrollo Web, PHP y MySQL, Laravel y WordPress. Cada curso incluye información descriptiva y los elementos correspondientes.</w:t>
      </w:r>
    </w:p>
    <w:p w14:paraId="17DFB93E" w14:textId="02F0ED3D" w:rsidR="00113DEB" w:rsidRDefault="00113DEB" w:rsidP="00113DEB">
      <w:pPr>
        <w:jc w:val="both"/>
        <w:rPr>
          <w:lang w:val="es-MX"/>
        </w:rPr>
      </w:pPr>
      <w:r>
        <w:rPr>
          <w:noProof/>
        </w:rPr>
        <w:drawing>
          <wp:inline distT="0" distB="0" distL="0" distR="0" wp14:anchorId="418A14E3" wp14:editId="0391943F">
            <wp:extent cx="5943600" cy="625665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6256655"/>
                    </a:xfrm>
                    <a:prstGeom prst="rect">
                      <a:avLst/>
                    </a:prstGeom>
                    <a:noFill/>
                    <a:ln>
                      <a:noFill/>
                    </a:ln>
                  </pic:spPr>
                </pic:pic>
              </a:graphicData>
            </a:graphic>
          </wp:inline>
        </w:drawing>
      </w:r>
    </w:p>
    <w:p w14:paraId="6FC9E10C" w14:textId="1BEBC259" w:rsidR="00113DEB" w:rsidRDefault="00113DEB" w:rsidP="00113DEB">
      <w:pPr>
        <w:jc w:val="both"/>
        <w:rPr>
          <w:lang w:val="es-MX"/>
        </w:rPr>
      </w:pPr>
    </w:p>
    <w:p w14:paraId="3E8B91D2" w14:textId="77777777" w:rsidR="00113DEB" w:rsidRDefault="00113DEB" w:rsidP="00113DEB">
      <w:pPr>
        <w:jc w:val="both"/>
        <w:rPr>
          <w:lang w:val="es-MX"/>
        </w:rPr>
      </w:pPr>
    </w:p>
    <w:p w14:paraId="45AAC3E8" w14:textId="44C2E505" w:rsidR="006F4E90" w:rsidRPr="005F3712" w:rsidRDefault="00483D90" w:rsidP="00B673E6">
      <w:pPr>
        <w:jc w:val="both"/>
        <w:rPr>
          <w:lang w:val="es-MX"/>
        </w:rPr>
      </w:pPr>
      <w:r w:rsidRPr="005F3712">
        <w:rPr>
          <w:b/>
          <w:lang w:val="es-MX"/>
        </w:rPr>
        <w:lastRenderedPageBreak/>
        <w:t>8.4 Contacto</w:t>
      </w:r>
    </w:p>
    <w:p w14:paraId="432A7E1D" w14:textId="77777777" w:rsidR="006F4E90" w:rsidRPr="005F3712" w:rsidRDefault="00483D90" w:rsidP="00B673E6">
      <w:pPr>
        <w:jc w:val="both"/>
        <w:rPr>
          <w:lang w:val="es-MX"/>
        </w:rPr>
      </w:pPr>
      <w:r w:rsidRPr="005F3712">
        <w:rPr>
          <w:lang w:val="es-MX"/>
        </w:rPr>
        <w:t>L</w:t>
      </w:r>
      <w:r w:rsidRPr="005F3712">
        <w:rPr>
          <w:lang w:val="es-MX"/>
        </w:rPr>
        <w:t>a página Contacto contiene información para estable</w:t>
      </w:r>
      <w:r w:rsidRPr="005F3712">
        <w:rPr>
          <w:lang w:val="es-MX"/>
        </w:rPr>
        <w:t>cer comunicación con la academia, como una dirección ficticia, teléfono, correo electrónico y horario de atención.</w:t>
      </w:r>
    </w:p>
    <w:p w14:paraId="776D8AEE" w14:textId="761A4FB5" w:rsidR="00854F5B" w:rsidRPr="00854F5B" w:rsidRDefault="00113DEB" w:rsidP="00B673E6">
      <w:pPr>
        <w:jc w:val="both"/>
        <w:rPr>
          <w:lang w:val="es-MX"/>
        </w:rPr>
      </w:pPr>
      <w:r>
        <w:rPr>
          <w:noProof/>
        </w:rPr>
        <w:drawing>
          <wp:inline distT="0" distB="0" distL="0" distR="0" wp14:anchorId="732085B1" wp14:editId="40C93839">
            <wp:extent cx="5943600" cy="334327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48C5D5A" w14:textId="01247DD0" w:rsidR="00854F5B" w:rsidRPr="00854F5B" w:rsidRDefault="00854F5B" w:rsidP="00B673E6">
      <w:pPr>
        <w:jc w:val="both"/>
        <w:rPr>
          <w:b/>
          <w:lang w:val="es-MX"/>
        </w:rPr>
      </w:pPr>
      <w:r w:rsidRPr="005F3712">
        <w:rPr>
          <w:b/>
          <w:lang w:val="es-MX"/>
        </w:rPr>
        <w:t>8.</w:t>
      </w:r>
      <w:r>
        <w:rPr>
          <w:b/>
          <w:lang w:val="es-MX"/>
        </w:rPr>
        <w:t>5 Noticias</w:t>
      </w:r>
    </w:p>
    <w:p w14:paraId="5E0E9EE8" w14:textId="661007E9" w:rsidR="00854F5B" w:rsidRDefault="00854F5B" w:rsidP="00B673E6">
      <w:pPr>
        <w:jc w:val="both"/>
        <w:rPr>
          <w:lang w:val="es-MX"/>
        </w:rPr>
      </w:pPr>
      <w:r>
        <w:rPr>
          <w:lang w:val="es-MX"/>
        </w:rPr>
        <w:t>Esta página cuenta con información relevante sobre los cursos como la fecha de inicio.</w:t>
      </w:r>
    </w:p>
    <w:p w14:paraId="6590F6B5" w14:textId="5F3F5BFD" w:rsidR="00854F5B" w:rsidRDefault="00854F5B" w:rsidP="00854F5B">
      <w:pPr>
        <w:jc w:val="center"/>
        <w:rPr>
          <w:lang w:val="es-MX"/>
        </w:rPr>
      </w:pPr>
      <w:r>
        <w:rPr>
          <w:noProof/>
        </w:rPr>
        <w:drawing>
          <wp:inline distT="0" distB="0" distL="0" distR="0" wp14:anchorId="6B45CA01" wp14:editId="7EDC9B67">
            <wp:extent cx="5317070" cy="29908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52804" cy="3010951"/>
                    </a:xfrm>
                    <a:prstGeom prst="rect">
                      <a:avLst/>
                    </a:prstGeom>
                    <a:noFill/>
                    <a:ln>
                      <a:noFill/>
                    </a:ln>
                  </pic:spPr>
                </pic:pic>
              </a:graphicData>
            </a:graphic>
          </wp:inline>
        </w:drawing>
      </w:r>
    </w:p>
    <w:p w14:paraId="3E0AA2D5" w14:textId="39159A20" w:rsidR="00854F5B" w:rsidRPr="00854F5B" w:rsidRDefault="00854F5B" w:rsidP="00B673E6">
      <w:pPr>
        <w:jc w:val="both"/>
        <w:rPr>
          <w:b/>
          <w:lang w:val="es-MX"/>
        </w:rPr>
      </w:pPr>
      <w:r>
        <w:rPr>
          <w:b/>
          <w:lang w:val="es-MX"/>
        </w:rPr>
        <w:lastRenderedPageBreak/>
        <w:t>9.</w:t>
      </w:r>
      <w:r w:rsidR="00483D90" w:rsidRPr="005F3712">
        <w:rPr>
          <w:b/>
          <w:lang w:val="es-MX"/>
        </w:rPr>
        <w:t xml:space="preserve"> Configuración de navegación</w:t>
      </w:r>
    </w:p>
    <w:p w14:paraId="59D45589" w14:textId="77777777" w:rsidR="006F4E90" w:rsidRPr="005F3712" w:rsidRDefault="00483D90" w:rsidP="00B673E6">
      <w:pPr>
        <w:jc w:val="both"/>
        <w:rPr>
          <w:lang w:val="es-MX"/>
        </w:rPr>
      </w:pPr>
      <w:r w:rsidRPr="005F3712">
        <w:rPr>
          <w:lang w:val="es-MX"/>
        </w:rPr>
        <w:t>S</w:t>
      </w:r>
      <w:r w:rsidRPr="005F3712">
        <w:rPr>
          <w:lang w:val="es-MX"/>
        </w:rPr>
        <w:t>e configuró la navegación del sitio para permitir el acce</w:t>
      </w:r>
      <w:r w:rsidRPr="005F3712">
        <w:rPr>
          <w:lang w:val="es-MX"/>
        </w:rPr>
        <w:t>so a las diferentes páginas desde un menú principal. El menú permite acceder a Inicio, Nosotros, Cursos, Noticias y Contacto, de acuerdo con la estructura solicitada para la práctica.</w:t>
      </w:r>
    </w:p>
    <w:p w14:paraId="7FD9E9A4" w14:textId="77777777" w:rsidR="005F3712" w:rsidRDefault="005F3712" w:rsidP="00B673E6">
      <w:pPr>
        <w:jc w:val="both"/>
        <w:rPr>
          <w:lang w:val="es-MX"/>
        </w:rPr>
      </w:pPr>
    </w:p>
    <w:p w14:paraId="78F6BACE" w14:textId="1670C8F4" w:rsidR="006F4E90" w:rsidRPr="005F3712" w:rsidRDefault="00483D90" w:rsidP="00B673E6">
      <w:pPr>
        <w:jc w:val="both"/>
        <w:rPr>
          <w:lang w:val="es-MX"/>
        </w:rPr>
      </w:pPr>
      <w:r w:rsidRPr="005F3712">
        <w:rPr>
          <w:b/>
          <w:lang w:val="es-MX"/>
        </w:rPr>
        <w:t>10. Personalización básica</w:t>
      </w:r>
    </w:p>
    <w:p w14:paraId="2C6968B9" w14:textId="58B2D26C" w:rsidR="006F4E90" w:rsidRPr="005F3712" w:rsidRDefault="00483D90" w:rsidP="00B673E6">
      <w:pPr>
        <w:jc w:val="both"/>
        <w:rPr>
          <w:lang w:val="es-MX"/>
        </w:rPr>
      </w:pPr>
      <w:r w:rsidRPr="005F3712">
        <w:rPr>
          <w:lang w:val="es-MX"/>
        </w:rPr>
        <w:t>S</w:t>
      </w:r>
      <w:r w:rsidRPr="005F3712">
        <w:rPr>
          <w:lang w:val="es-MX"/>
        </w:rPr>
        <w:t xml:space="preserve">e realizaron cambios básicos en la presentación del sitio para adaptar su apariencia. </w:t>
      </w:r>
      <w:r w:rsidR="00854F5B">
        <w:rPr>
          <w:lang w:val="es-MX"/>
        </w:rPr>
        <w:t>Como el cambio del icono de la página, para lo cual se tuvo que modificar un archivo del servidor Apache por un error que impedía recortar imágenes.</w:t>
      </w:r>
    </w:p>
    <w:p w14:paraId="0C034512" w14:textId="1D673345" w:rsidR="005F3712" w:rsidRDefault="005F3712" w:rsidP="00B673E6">
      <w:pPr>
        <w:jc w:val="both"/>
        <w:rPr>
          <w:lang w:val="es-MX"/>
        </w:rPr>
      </w:pPr>
    </w:p>
    <w:p w14:paraId="0229E115" w14:textId="2588CBE8" w:rsidR="006F4E90" w:rsidRPr="005F3712" w:rsidRDefault="00483D90" w:rsidP="00B673E6">
      <w:pPr>
        <w:jc w:val="both"/>
      </w:pPr>
      <w:r w:rsidRPr="005F3712">
        <w:rPr>
          <w:b/>
        </w:rPr>
        <w:t xml:space="preserve">11. </w:t>
      </w:r>
      <w:proofErr w:type="spellStart"/>
      <w:r w:rsidRPr="005F3712">
        <w:rPr>
          <w:b/>
        </w:rPr>
        <w:t>Difer</w:t>
      </w:r>
      <w:r w:rsidRPr="005F3712">
        <w:rPr>
          <w:b/>
        </w:rPr>
        <w:t>encia</w:t>
      </w:r>
      <w:proofErr w:type="spellEnd"/>
      <w:r w:rsidRPr="005F3712">
        <w:rPr>
          <w:b/>
        </w:rPr>
        <w:t xml:space="preserve"> entre Front end y Back end</w:t>
      </w:r>
    </w:p>
    <w:p w14:paraId="4958E4CA" w14:textId="27F6D0C7" w:rsidR="006F4E90" w:rsidRPr="005F3712" w:rsidRDefault="00483D90" w:rsidP="007F7536">
      <w:pPr>
        <w:jc w:val="both"/>
        <w:rPr>
          <w:lang w:val="es-MX"/>
        </w:rPr>
      </w:pPr>
      <w:r w:rsidRPr="005F3712">
        <w:rPr>
          <w:lang w:val="es-MX"/>
        </w:rPr>
        <w:t xml:space="preserve">El Front </w:t>
      </w:r>
      <w:proofErr w:type="spellStart"/>
      <w:r w:rsidRPr="005F3712">
        <w:rPr>
          <w:lang w:val="es-MX"/>
        </w:rPr>
        <w:t>end</w:t>
      </w:r>
      <w:proofErr w:type="spellEnd"/>
      <w:r w:rsidRPr="005F3712">
        <w:rPr>
          <w:lang w:val="es-MX"/>
        </w:rPr>
        <w:t xml:space="preserve"> corresponde a la parte del sitio que pueden visualizar e interactuar los visitantes. En cambio, el Back </w:t>
      </w:r>
      <w:proofErr w:type="spellStart"/>
      <w:r w:rsidRPr="005F3712">
        <w:rPr>
          <w:lang w:val="es-MX"/>
        </w:rPr>
        <w:t>end</w:t>
      </w:r>
      <w:proofErr w:type="spellEnd"/>
      <w:r w:rsidRPr="005F3712">
        <w:rPr>
          <w:lang w:val="es-MX"/>
        </w:rPr>
        <w:t xml:space="preserve"> corresponde al área administrativa desde la cual se gestionan los contenidos y configuraciones del sit</w:t>
      </w:r>
      <w:r w:rsidRPr="005F3712">
        <w:rPr>
          <w:lang w:val="es-MX"/>
        </w:rPr>
        <w:t>io.</w:t>
      </w:r>
    </w:p>
    <w:p w14:paraId="724E068D" w14:textId="77777777" w:rsidR="006F4E90" w:rsidRPr="005F3712" w:rsidRDefault="00483D90" w:rsidP="00B673E6">
      <w:pPr>
        <w:jc w:val="both"/>
        <w:rPr>
          <w:lang w:val="es-MX"/>
        </w:rPr>
      </w:pPr>
      <w:r w:rsidRPr="005F3712">
        <w:rPr>
          <w:lang w:val="es-MX"/>
        </w:rPr>
        <w:t>E</w:t>
      </w:r>
      <w:r w:rsidRPr="005F3712">
        <w:rPr>
          <w:lang w:val="es-MX"/>
        </w:rPr>
        <w:t xml:space="preserve">l Front </w:t>
      </w:r>
      <w:proofErr w:type="spellStart"/>
      <w:r w:rsidRPr="005F3712">
        <w:rPr>
          <w:lang w:val="es-MX"/>
        </w:rPr>
        <w:t>end</w:t>
      </w:r>
      <w:proofErr w:type="spellEnd"/>
      <w:r w:rsidRPr="005F3712">
        <w:rPr>
          <w:lang w:val="es-MX"/>
        </w:rPr>
        <w:t xml:space="preserve"> es utilizado principalmente por los visitantes, mientras que el Back </w:t>
      </w:r>
      <w:proofErr w:type="spellStart"/>
      <w:r w:rsidRPr="005F3712">
        <w:rPr>
          <w:lang w:val="es-MX"/>
        </w:rPr>
        <w:t>end</w:t>
      </w:r>
      <w:proofErr w:type="spellEnd"/>
      <w:r w:rsidRPr="005F3712">
        <w:rPr>
          <w:lang w:val="es-MX"/>
        </w:rPr>
        <w:t xml:space="preserve"> es utilizado por los usuarios </w:t>
      </w:r>
      <w:r w:rsidRPr="005F3712">
        <w:rPr>
          <w:lang w:val="es-MX"/>
        </w:rPr>
        <w:t>encargados de administrar el sitio.</w:t>
      </w:r>
    </w:p>
    <w:p w14:paraId="56B409BC" w14:textId="16AD5EF3" w:rsidR="005F3712" w:rsidRDefault="00483D90" w:rsidP="00B673E6">
      <w:pPr>
        <w:jc w:val="both"/>
        <w:rPr>
          <w:lang w:val="es-MX"/>
        </w:rPr>
      </w:pPr>
      <w:r w:rsidRPr="005F3712">
        <w:rPr>
          <w:lang w:val="es-MX"/>
        </w:rPr>
        <w:t xml:space="preserve">Desde el Back </w:t>
      </w:r>
      <w:proofErr w:type="spellStart"/>
      <w:r w:rsidRPr="005F3712">
        <w:rPr>
          <w:lang w:val="es-MX"/>
        </w:rPr>
        <w:t>end</w:t>
      </w:r>
      <w:proofErr w:type="spellEnd"/>
      <w:r w:rsidRPr="005F3712">
        <w:rPr>
          <w:lang w:val="es-MX"/>
        </w:rPr>
        <w:t xml:space="preserve"> se pueden realizar acciones como crear y editar páginas, administrar medios, configurar la apariencia, gestionar usuarios y modificar diferentes ajustes del sitio.</w:t>
      </w:r>
    </w:p>
    <w:p w14:paraId="588CDC6F" w14:textId="153CC090" w:rsidR="006F4E90" w:rsidRPr="005F3712" w:rsidRDefault="00483D90" w:rsidP="00B673E6">
      <w:pPr>
        <w:jc w:val="both"/>
        <w:rPr>
          <w:lang w:val="es-MX"/>
        </w:rPr>
      </w:pPr>
      <w:r w:rsidRPr="005F3712">
        <w:rPr>
          <w:b/>
          <w:lang w:val="es-MX"/>
        </w:rPr>
        <w:t>12. Estructura básica de archivos de WordPress</w:t>
      </w:r>
    </w:p>
    <w:p w14:paraId="2EF16AB6" w14:textId="77777777" w:rsidR="006F4E90" w:rsidRPr="005F3712" w:rsidRDefault="00483D90" w:rsidP="00B673E6">
      <w:pPr>
        <w:jc w:val="both"/>
        <w:rPr>
          <w:lang w:val="es-MX"/>
        </w:rPr>
      </w:pPr>
      <w:r w:rsidRPr="005F3712">
        <w:rPr>
          <w:lang w:val="es-MX"/>
        </w:rPr>
        <w:t>D</w:t>
      </w:r>
      <w:r w:rsidRPr="005F3712">
        <w:rPr>
          <w:lang w:val="es-MX"/>
        </w:rPr>
        <w:t>urante la práctica se identificar</w:t>
      </w:r>
      <w:r w:rsidRPr="005F3712">
        <w:rPr>
          <w:lang w:val="es-MX"/>
        </w:rPr>
        <w:t>on algunos de los principales archivos y carpetas que forman parte de la instalación de WordPress.</w:t>
      </w:r>
    </w:p>
    <w:p w14:paraId="7E97A087" w14:textId="77777777" w:rsidR="006F4E90" w:rsidRPr="005F3712" w:rsidRDefault="00483D90" w:rsidP="00B673E6">
      <w:pPr>
        <w:jc w:val="both"/>
        <w:rPr>
          <w:lang w:val="es-MX"/>
        </w:rPr>
      </w:pPr>
      <w:r w:rsidRPr="005F3712">
        <w:rPr>
          <w:lang w:val="es-MX"/>
        </w:rPr>
        <w:t xml:space="preserve">• </w:t>
      </w:r>
      <w:proofErr w:type="spellStart"/>
      <w:r w:rsidRPr="005F3712">
        <w:rPr>
          <w:lang w:val="es-MX"/>
        </w:rPr>
        <w:t>wp-admin</w:t>
      </w:r>
      <w:proofErr w:type="spellEnd"/>
      <w:r w:rsidRPr="005F3712">
        <w:rPr>
          <w:lang w:val="es-MX"/>
        </w:rPr>
        <w:t>: contiene elementos relacionados con el área administrativa de WordPress.</w:t>
      </w:r>
    </w:p>
    <w:p w14:paraId="19F66823" w14:textId="77777777" w:rsidR="006F4E90" w:rsidRPr="005F3712" w:rsidRDefault="00483D90" w:rsidP="00B673E6">
      <w:pPr>
        <w:jc w:val="both"/>
        <w:rPr>
          <w:lang w:val="es-MX"/>
        </w:rPr>
      </w:pPr>
      <w:r w:rsidRPr="005F3712">
        <w:rPr>
          <w:lang w:val="es-MX"/>
        </w:rPr>
        <w:t xml:space="preserve">• </w:t>
      </w:r>
      <w:proofErr w:type="spellStart"/>
      <w:r w:rsidRPr="005F3712">
        <w:rPr>
          <w:lang w:val="es-MX"/>
        </w:rPr>
        <w:t>wp-content</w:t>
      </w:r>
      <w:proofErr w:type="spellEnd"/>
      <w:r w:rsidRPr="005F3712">
        <w:rPr>
          <w:lang w:val="es-MX"/>
        </w:rPr>
        <w:t>: contiene contenido relacionado con el sitio, incluyendo te</w:t>
      </w:r>
      <w:r w:rsidRPr="005F3712">
        <w:rPr>
          <w:lang w:val="es-MX"/>
        </w:rPr>
        <w:t xml:space="preserve">mas, </w:t>
      </w:r>
      <w:proofErr w:type="spellStart"/>
      <w:r w:rsidRPr="005F3712">
        <w:rPr>
          <w:lang w:val="es-MX"/>
        </w:rPr>
        <w:t>plugins</w:t>
      </w:r>
      <w:proofErr w:type="spellEnd"/>
      <w:r w:rsidRPr="005F3712">
        <w:rPr>
          <w:lang w:val="es-MX"/>
        </w:rPr>
        <w:t xml:space="preserve"> y archivos multimedia.</w:t>
      </w:r>
    </w:p>
    <w:p w14:paraId="1D05BB64" w14:textId="77777777" w:rsidR="006F4E90" w:rsidRPr="005F3712" w:rsidRDefault="00483D90" w:rsidP="00B673E6">
      <w:pPr>
        <w:jc w:val="both"/>
        <w:rPr>
          <w:lang w:val="es-MX"/>
        </w:rPr>
      </w:pPr>
      <w:r w:rsidRPr="005F3712">
        <w:rPr>
          <w:lang w:val="es-MX"/>
        </w:rPr>
        <w:t xml:space="preserve">• </w:t>
      </w:r>
      <w:proofErr w:type="spellStart"/>
      <w:r w:rsidRPr="005F3712">
        <w:rPr>
          <w:lang w:val="es-MX"/>
        </w:rPr>
        <w:t>wp-includes</w:t>
      </w:r>
      <w:proofErr w:type="spellEnd"/>
      <w:r w:rsidRPr="005F3712">
        <w:rPr>
          <w:lang w:val="es-MX"/>
        </w:rPr>
        <w:t>: contiene archivos necesarios para el funcionamiento interno de WordPress.</w:t>
      </w:r>
    </w:p>
    <w:p w14:paraId="670557D1" w14:textId="1AE77D57" w:rsidR="005F3712" w:rsidRDefault="00483D90" w:rsidP="007F7536">
      <w:pPr>
        <w:jc w:val="both"/>
        <w:rPr>
          <w:lang w:val="es-MX"/>
        </w:rPr>
      </w:pPr>
      <w:r w:rsidRPr="005F3712">
        <w:rPr>
          <w:lang w:val="es-MX"/>
        </w:rPr>
        <w:t xml:space="preserve">• </w:t>
      </w:r>
      <w:proofErr w:type="spellStart"/>
      <w:r w:rsidRPr="005F3712">
        <w:rPr>
          <w:lang w:val="es-MX"/>
        </w:rPr>
        <w:t>wp-config.php</w:t>
      </w:r>
      <w:proofErr w:type="spellEnd"/>
      <w:r w:rsidRPr="005F3712">
        <w:rPr>
          <w:lang w:val="es-MX"/>
        </w:rPr>
        <w:t>: contiene información de configuración necesaria para la conexión y funcionamiento de la instalación.</w:t>
      </w:r>
    </w:p>
    <w:p w14:paraId="476E4E94" w14:textId="77777777" w:rsidR="005F3712" w:rsidRDefault="005F3712" w:rsidP="00B673E6">
      <w:pPr>
        <w:jc w:val="both"/>
        <w:rPr>
          <w:lang w:val="es-MX"/>
        </w:rPr>
      </w:pPr>
    </w:p>
    <w:p w14:paraId="009B5D7B" w14:textId="05A0F016" w:rsidR="006F4E90" w:rsidRDefault="00483D90" w:rsidP="00B673E6">
      <w:pPr>
        <w:jc w:val="both"/>
        <w:rPr>
          <w:b/>
          <w:lang w:val="es-MX"/>
        </w:rPr>
      </w:pPr>
      <w:r w:rsidRPr="005F3712">
        <w:rPr>
          <w:b/>
          <w:lang w:val="es-MX"/>
        </w:rPr>
        <w:lastRenderedPageBreak/>
        <w:t>13. Procedimiento para cargar el proyecto al repositorio</w:t>
      </w:r>
    </w:p>
    <w:p w14:paraId="0A271C71" w14:textId="1C2EA7F4" w:rsidR="008D6F7E" w:rsidRDefault="008D6F7E" w:rsidP="00B673E6">
      <w:pPr>
        <w:jc w:val="both"/>
        <w:rPr>
          <w:bCs/>
          <w:lang w:val="es-MX"/>
        </w:rPr>
      </w:pPr>
      <w:r>
        <w:rPr>
          <w:bCs/>
          <w:lang w:val="es-MX"/>
        </w:rPr>
        <w:t>Primero se debe obtener la dirección de la carpeta donde se encuentra lo que subiremos al repositorio, una vez la tengamos accedemos a ella desde nuestra PowerShell con el comando cd &lt;&lt;dirección&gt;&gt;.</w:t>
      </w:r>
    </w:p>
    <w:p w14:paraId="44EDF69C" w14:textId="0248528D" w:rsidR="008D6F7E" w:rsidRPr="008D6F7E" w:rsidRDefault="008D6F7E" w:rsidP="00B673E6">
      <w:pPr>
        <w:jc w:val="both"/>
        <w:rPr>
          <w:bCs/>
          <w:lang w:val="es-MX"/>
        </w:rPr>
      </w:pPr>
      <w:r>
        <w:rPr>
          <w:bCs/>
          <w:lang w:val="es-MX"/>
        </w:rPr>
        <w:t>Una vez hecho esto procedemos con la carga del proyecto.</w:t>
      </w:r>
    </w:p>
    <w:p w14:paraId="24B759B5" w14:textId="77777777" w:rsidR="006F4E90" w:rsidRPr="005F3712" w:rsidRDefault="00483D90" w:rsidP="00B673E6">
      <w:pPr>
        <w:jc w:val="both"/>
        <w:rPr>
          <w:lang w:val="es-MX"/>
        </w:rPr>
      </w:pPr>
      <w:r w:rsidRPr="005F3712">
        <w:rPr>
          <w:lang w:val="es-MX"/>
        </w:rPr>
        <w:t>Comandos utilizados:</w:t>
      </w:r>
    </w:p>
    <w:p w14:paraId="7DB3A11F" w14:textId="527B414B" w:rsidR="006F4E90" w:rsidRPr="005F3712" w:rsidRDefault="00483D90" w:rsidP="007F7536">
      <w:pPr>
        <w:jc w:val="both"/>
        <w:rPr>
          <w:lang w:val="es-MX"/>
        </w:rPr>
      </w:pPr>
      <w:proofErr w:type="spellStart"/>
      <w:r w:rsidRPr="005F3712">
        <w:rPr>
          <w:lang w:val="es-MX"/>
        </w:rPr>
        <w:t>gi</w:t>
      </w:r>
      <w:r w:rsidRPr="005F3712">
        <w:rPr>
          <w:lang w:val="es-MX"/>
        </w:rPr>
        <w:t>t</w:t>
      </w:r>
      <w:proofErr w:type="spellEnd"/>
      <w:r w:rsidRPr="005F3712">
        <w:rPr>
          <w:lang w:val="es-MX"/>
        </w:rPr>
        <w:t xml:space="preserve"> </w:t>
      </w:r>
      <w:proofErr w:type="spellStart"/>
      <w:proofErr w:type="gramStart"/>
      <w:r w:rsidRPr="005F3712">
        <w:rPr>
          <w:lang w:val="es-MX"/>
        </w:rPr>
        <w:t>init</w:t>
      </w:r>
      <w:proofErr w:type="spellEnd"/>
      <w:r w:rsidR="008D6F7E">
        <w:rPr>
          <w:lang w:val="es-MX"/>
        </w:rPr>
        <w:t xml:space="preserve"> :</w:t>
      </w:r>
      <w:proofErr w:type="gramEnd"/>
      <w:r w:rsidR="008D6F7E">
        <w:rPr>
          <w:lang w:val="es-MX"/>
        </w:rPr>
        <w:t xml:space="preserve"> Inicializa la carpeta con un archivo .</w:t>
      </w:r>
      <w:proofErr w:type="spellStart"/>
      <w:r w:rsidR="008D6F7E">
        <w:rPr>
          <w:lang w:val="es-MX"/>
        </w:rPr>
        <w:t>git</w:t>
      </w:r>
      <w:proofErr w:type="spellEnd"/>
      <w:r w:rsidR="004E6DAF">
        <w:rPr>
          <w:lang w:val="es-MX"/>
        </w:rPr>
        <w:t>.</w:t>
      </w:r>
    </w:p>
    <w:p w14:paraId="6F3927A2" w14:textId="205EFCDC" w:rsidR="006F4E90" w:rsidRPr="004E6DAF" w:rsidRDefault="00483D90" w:rsidP="00B673E6">
      <w:pPr>
        <w:jc w:val="both"/>
        <w:rPr>
          <w:lang w:val="es-MX"/>
        </w:rPr>
      </w:pPr>
      <w:proofErr w:type="spellStart"/>
      <w:r w:rsidRPr="004E6DAF">
        <w:rPr>
          <w:lang w:val="es-MX"/>
        </w:rPr>
        <w:t>g</w:t>
      </w:r>
      <w:r w:rsidRPr="004E6DAF">
        <w:rPr>
          <w:lang w:val="es-MX"/>
        </w:rPr>
        <w:t>it</w:t>
      </w:r>
      <w:proofErr w:type="spellEnd"/>
      <w:r w:rsidRPr="004E6DAF">
        <w:rPr>
          <w:lang w:val="es-MX"/>
        </w:rPr>
        <w:t xml:space="preserve"> </w:t>
      </w:r>
      <w:proofErr w:type="spellStart"/>
      <w:proofErr w:type="gramStart"/>
      <w:r w:rsidRPr="004E6DAF">
        <w:rPr>
          <w:lang w:val="es-MX"/>
        </w:rPr>
        <w:t>add</w:t>
      </w:r>
      <w:proofErr w:type="spellEnd"/>
      <w:r w:rsidRPr="004E6DAF">
        <w:rPr>
          <w:lang w:val="es-MX"/>
        </w:rPr>
        <w:t xml:space="preserve"> .</w:t>
      </w:r>
      <w:proofErr w:type="gramEnd"/>
      <w:r w:rsidR="008D6F7E" w:rsidRPr="004E6DAF">
        <w:rPr>
          <w:lang w:val="es-MX"/>
        </w:rPr>
        <w:t xml:space="preserve"> : </w:t>
      </w:r>
      <w:r w:rsidR="004E6DAF" w:rsidRPr="004E6DAF">
        <w:rPr>
          <w:lang w:val="es-MX"/>
        </w:rPr>
        <w:t>Se encarga d</w:t>
      </w:r>
      <w:r w:rsidR="004E6DAF">
        <w:rPr>
          <w:lang w:val="es-MX"/>
        </w:rPr>
        <w:t>e preparar todos los archivos de la carpeta para subirlos al repositorio.</w:t>
      </w:r>
    </w:p>
    <w:p w14:paraId="7EB257FA" w14:textId="7BAC0F3A" w:rsidR="006F4E90" w:rsidRPr="004E6DAF" w:rsidRDefault="00483D90" w:rsidP="00B673E6">
      <w:pPr>
        <w:jc w:val="both"/>
        <w:rPr>
          <w:lang w:val="es-MX"/>
        </w:rPr>
      </w:pPr>
      <w:proofErr w:type="spellStart"/>
      <w:r w:rsidRPr="004E6DAF">
        <w:rPr>
          <w:lang w:val="es-MX"/>
        </w:rPr>
        <w:t>git</w:t>
      </w:r>
      <w:proofErr w:type="spellEnd"/>
      <w:r w:rsidRPr="004E6DAF">
        <w:rPr>
          <w:lang w:val="es-MX"/>
        </w:rPr>
        <w:t xml:space="preserve"> </w:t>
      </w:r>
      <w:proofErr w:type="spellStart"/>
      <w:r w:rsidRPr="004E6DAF">
        <w:rPr>
          <w:lang w:val="es-MX"/>
        </w:rPr>
        <w:t>commit</w:t>
      </w:r>
      <w:proofErr w:type="spellEnd"/>
      <w:r w:rsidRPr="004E6DAF">
        <w:rPr>
          <w:lang w:val="es-MX"/>
        </w:rPr>
        <w:t xml:space="preserve"> -m "</w:t>
      </w:r>
      <w:proofErr w:type="spellStart"/>
      <w:r w:rsidRPr="004E6DAF">
        <w:rPr>
          <w:lang w:val="es-MX"/>
        </w:rPr>
        <w:t>Instalacion</w:t>
      </w:r>
      <w:proofErr w:type="spellEnd"/>
      <w:r w:rsidRPr="004E6DAF">
        <w:rPr>
          <w:lang w:val="es-MX"/>
        </w:rPr>
        <w:t xml:space="preserve"> inicial de WordPress"</w:t>
      </w:r>
      <w:r w:rsidR="004E6DAF" w:rsidRPr="004E6DAF">
        <w:rPr>
          <w:lang w:val="es-MX"/>
        </w:rPr>
        <w:t>: Asocia los archivos de</w:t>
      </w:r>
      <w:r w:rsidR="004E6DAF">
        <w:rPr>
          <w:lang w:val="es-MX"/>
        </w:rPr>
        <w:t xml:space="preserve">l repositorio con un mensaje para saber versiones del </w:t>
      </w:r>
      <w:proofErr w:type="gramStart"/>
      <w:r w:rsidR="004E6DAF">
        <w:rPr>
          <w:lang w:val="es-MX"/>
        </w:rPr>
        <w:t>proyecto</w:t>
      </w:r>
      <w:proofErr w:type="gramEnd"/>
      <w:r w:rsidR="004E6DAF">
        <w:rPr>
          <w:lang w:val="es-MX"/>
        </w:rPr>
        <w:t xml:space="preserve"> por ejemplo.</w:t>
      </w:r>
    </w:p>
    <w:p w14:paraId="1AE601D7" w14:textId="6BB3BEE6" w:rsidR="006F4E90" w:rsidRPr="00DB62AF" w:rsidRDefault="00483D90" w:rsidP="00B673E6">
      <w:pPr>
        <w:jc w:val="both"/>
        <w:rPr>
          <w:lang w:val="es-MX"/>
        </w:rPr>
      </w:pPr>
      <w:proofErr w:type="spellStart"/>
      <w:r w:rsidRPr="00DB62AF">
        <w:rPr>
          <w:lang w:val="es-MX"/>
        </w:rPr>
        <w:t>git</w:t>
      </w:r>
      <w:proofErr w:type="spellEnd"/>
      <w:r w:rsidRPr="00DB62AF">
        <w:rPr>
          <w:lang w:val="es-MX"/>
        </w:rPr>
        <w:t xml:space="preserve"> remote </w:t>
      </w:r>
      <w:proofErr w:type="spellStart"/>
      <w:r w:rsidRPr="00DB62AF">
        <w:rPr>
          <w:lang w:val="es-MX"/>
        </w:rPr>
        <w:t>add</w:t>
      </w:r>
      <w:proofErr w:type="spellEnd"/>
      <w:r w:rsidRPr="00DB62AF">
        <w:rPr>
          <w:lang w:val="es-MX"/>
        </w:rPr>
        <w:t xml:space="preserve"> </w:t>
      </w:r>
      <w:proofErr w:type="spellStart"/>
      <w:r w:rsidRPr="00DB62AF">
        <w:rPr>
          <w:lang w:val="es-MX"/>
        </w:rPr>
        <w:t>origin</w:t>
      </w:r>
      <w:proofErr w:type="spellEnd"/>
      <w:r w:rsidRPr="00DB62AF">
        <w:rPr>
          <w:lang w:val="es-MX"/>
        </w:rPr>
        <w:t xml:space="preserve"> </w:t>
      </w:r>
      <w:r w:rsidR="007F7536" w:rsidRPr="00DB62AF">
        <w:rPr>
          <w:lang w:val="es-MX"/>
        </w:rPr>
        <w:t>&lt;&lt;</w:t>
      </w:r>
      <w:r w:rsidRPr="00DB62AF">
        <w:rPr>
          <w:lang w:val="es-MX"/>
        </w:rPr>
        <w:t>URL_DEL_REPOSITORIO</w:t>
      </w:r>
      <w:r w:rsidR="007F7536" w:rsidRPr="00DB62AF">
        <w:rPr>
          <w:lang w:val="es-MX"/>
        </w:rPr>
        <w:t>&gt;&gt;.</w:t>
      </w:r>
      <w:proofErr w:type="spellStart"/>
      <w:r w:rsidR="007F7536" w:rsidRPr="00DB62AF">
        <w:rPr>
          <w:lang w:val="es-MX"/>
        </w:rPr>
        <w:t>git</w:t>
      </w:r>
      <w:proofErr w:type="spellEnd"/>
      <w:r w:rsidR="004E6DAF" w:rsidRPr="00DB62AF">
        <w:rPr>
          <w:lang w:val="es-MX"/>
        </w:rPr>
        <w:t>:</w:t>
      </w:r>
      <w:r w:rsidR="00DB62AF" w:rsidRPr="00DB62AF">
        <w:rPr>
          <w:lang w:val="es-MX"/>
        </w:rPr>
        <w:t xml:space="preserve"> Se conecta </w:t>
      </w:r>
      <w:r w:rsidR="00DB62AF">
        <w:rPr>
          <w:lang w:val="es-MX"/>
        </w:rPr>
        <w:t xml:space="preserve">al repositorio remoto para poder subir la </w:t>
      </w:r>
      <w:proofErr w:type="spellStart"/>
      <w:r w:rsidR="00DB62AF">
        <w:rPr>
          <w:lang w:val="es-MX"/>
        </w:rPr>
        <w:t>informacion</w:t>
      </w:r>
      <w:proofErr w:type="spellEnd"/>
      <w:r w:rsidR="00DB62AF">
        <w:rPr>
          <w:lang w:val="es-MX"/>
        </w:rPr>
        <w:t xml:space="preserve"> y archivos.</w:t>
      </w:r>
    </w:p>
    <w:p w14:paraId="04E15DDD" w14:textId="36F85DF2" w:rsidR="006F4E90" w:rsidRPr="00DB62AF" w:rsidRDefault="00483D90" w:rsidP="00B673E6">
      <w:pPr>
        <w:jc w:val="both"/>
        <w:rPr>
          <w:lang w:val="es-MX"/>
        </w:rPr>
      </w:pPr>
      <w:proofErr w:type="spellStart"/>
      <w:r w:rsidRPr="00DB62AF">
        <w:rPr>
          <w:lang w:val="es-MX"/>
        </w:rPr>
        <w:t>git</w:t>
      </w:r>
      <w:proofErr w:type="spellEnd"/>
      <w:r w:rsidRPr="00DB62AF">
        <w:rPr>
          <w:lang w:val="es-MX"/>
        </w:rPr>
        <w:t xml:space="preserve"> </w:t>
      </w:r>
      <w:proofErr w:type="spellStart"/>
      <w:r w:rsidRPr="00DB62AF">
        <w:rPr>
          <w:lang w:val="es-MX"/>
        </w:rPr>
        <w:t>branch</w:t>
      </w:r>
      <w:proofErr w:type="spellEnd"/>
      <w:r w:rsidRPr="00DB62AF">
        <w:rPr>
          <w:lang w:val="es-MX"/>
        </w:rPr>
        <w:t xml:space="preserve"> -M </w:t>
      </w:r>
      <w:proofErr w:type="spellStart"/>
      <w:r w:rsidRPr="00DB62AF">
        <w:rPr>
          <w:lang w:val="es-MX"/>
        </w:rPr>
        <w:t>main</w:t>
      </w:r>
      <w:proofErr w:type="spellEnd"/>
      <w:r w:rsidR="00DB62AF" w:rsidRPr="00DB62AF">
        <w:rPr>
          <w:lang w:val="es-MX"/>
        </w:rPr>
        <w:t>: Renombra la r</w:t>
      </w:r>
      <w:r w:rsidR="00DB62AF">
        <w:rPr>
          <w:lang w:val="es-MX"/>
        </w:rPr>
        <w:t xml:space="preserve">ama local a </w:t>
      </w:r>
      <w:proofErr w:type="spellStart"/>
      <w:r w:rsidR="00DB62AF">
        <w:rPr>
          <w:lang w:val="es-MX"/>
        </w:rPr>
        <w:t>main</w:t>
      </w:r>
      <w:proofErr w:type="spellEnd"/>
      <w:r w:rsidR="00DB62AF">
        <w:rPr>
          <w:lang w:val="es-MX"/>
        </w:rPr>
        <w:t xml:space="preserve"> para un mejor control de la información.</w:t>
      </w:r>
    </w:p>
    <w:p w14:paraId="54DAA912" w14:textId="36A0B7B9" w:rsidR="006F4E90" w:rsidRPr="00DB62AF" w:rsidRDefault="00483D90" w:rsidP="00B673E6">
      <w:pPr>
        <w:jc w:val="both"/>
        <w:rPr>
          <w:lang w:val="es-MX"/>
        </w:rPr>
      </w:pPr>
      <w:proofErr w:type="spellStart"/>
      <w:r w:rsidRPr="00DB62AF">
        <w:rPr>
          <w:lang w:val="es-MX"/>
        </w:rPr>
        <w:t>git</w:t>
      </w:r>
      <w:proofErr w:type="spellEnd"/>
      <w:r w:rsidRPr="00DB62AF">
        <w:rPr>
          <w:lang w:val="es-MX"/>
        </w:rPr>
        <w:t xml:space="preserve"> </w:t>
      </w:r>
      <w:proofErr w:type="spellStart"/>
      <w:r w:rsidRPr="00DB62AF">
        <w:rPr>
          <w:lang w:val="es-MX"/>
        </w:rPr>
        <w:t>push</w:t>
      </w:r>
      <w:proofErr w:type="spellEnd"/>
      <w:r w:rsidRPr="00DB62AF">
        <w:rPr>
          <w:lang w:val="es-MX"/>
        </w:rPr>
        <w:t xml:space="preserve"> -u </w:t>
      </w:r>
      <w:proofErr w:type="spellStart"/>
      <w:r w:rsidRPr="00DB62AF">
        <w:rPr>
          <w:lang w:val="es-MX"/>
        </w:rPr>
        <w:t>origin</w:t>
      </w:r>
      <w:proofErr w:type="spellEnd"/>
      <w:r w:rsidRPr="00DB62AF">
        <w:rPr>
          <w:lang w:val="es-MX"/>
        </w:rPr>
        <w:t xml:space="preserve"> </w:t>
      </w:r>
      <w:proofErr w:type="spellStart"/>
      <w:r w:rsidRPr="00DB62AF">
        <w:rPr>
          <w:lang w:val="es-MX"/>
        </w:rPr>
        <w:t>main</w:t>
      </w:r>
      <w:proofErr w:type="spellEnd"/>
      <w:r w:rsidR="00DB62AF" w:rsidRPr="00DB62AF">
        <w:rPr>
          <w:lang w:val="es-MX"/>
        </w:rPr>
        <w:t>: Sube los</w:t>
      </w:r>
      <w:r w:rsidR="00DB62AF">
        <w:rPr>
          <w:lang w:val="es-MX"/>
        </w:rPr>
        <w:t xml:space="preserve"> archivos previamente cargados </w:t>
      </w:r>
      <w:r w:rsidR="00822AAB">
        <w:rPr>
          <w:lang w:val="es-MX"/>
        </w:rPr>
        <w:t xml:space="preserve">hacia el repositorio remoto en la rama </w:t>
      </w:r>
      <w:proofErr w:type="spellStart"/>
      <w:r w:rsidR="00822AAB">
        <w:rPr>
          <w:lang w:val="es-MX"/>
        </w:rPr>
        <w:t>main</w:t>
      </w:r>
      <w:proofErr w:type="spellEnd"/>
      <w:r w:rsidR="00822AAB">
        <w:rPr>
          <w:lang w:val="es-MX"/>
        </w:rPr>
        <w:t>.</w:t>
      </w:r>
    </w:p>
    <w:p w14:paraId="639503CF" w14:textId="0DE3019C" w:rsidR="006F4E90" w:rsidRPr="005F3712" w:rsidRDefault="00483D90" w:rsidP="00B673E6">
      <w:pPr>
        <w:jc w:val="both"/>
        <w:rPr>
          <w:lang w:val="es-MX"/>
        </w:rPr>
      </w:pPr>
      <w:r w:rsidRPr="005F3712">
        <w:rPr>
          <w:lang w:val="es-MX"/>
        </w:rPr>
        <w:t xml:space="preserve">Repositorio utilizado: </w:t>
      </w:r>
      <w:proofErr w:type="spellStart"/>
      <w:r w:rsidR="00DB62AF">
        <w:rPr>
          <w:lang w:val="es-MX"/>
        </w:rPr>
        <w:t>Gitlab</w:t>
      </w:r>
      <w:proofErr w:type="spellEnd"/>
    </w:p>
    <w:p w14:paraId="007F715C" w14:textId="00C4C0E3" w:rsidR="005F3712" w:rsidRDefault="00483D90" w:rsidP="00DB62AF">
      <w:pPr>
        <w:jc w:val="both"/>
        <w:rPr>
          <w:lang w:val="es-MX"/>
        </w:rPr>
      </w:pPr>
      <w:r w:rsidRPr="005F3712">
        <w:rPr>
          <w:lang w:val="es-MX"/>
        </w:rPr>
        <w:t>Como medida de seguridad, se</w:t>
      </w:r>
      <w:r w:rsidRPr="005F3712">
        <w:rPr>
          <w:lang w:val="es-MX"/>
        </w:rPr>
        <w:t xml:space="preserve"> debe evitar publicar contraseñas</w:t>
      </w:r>
      <w:r w:rsidR="00822AAB">
        <w:rPr>
          <w:lang w:val="es-MX"/>
        </w:rPr>
        <w:t xml:space="preserve"> </w:t>
      </w:r>
      <w:r w:rsidRPr="005F3712">
        <w:rPr>
          <w:lang w:val="es-MX"/>
        </w:rPr>
        <w:t xml:space="preserve">o datos sensibles en el repositorio. Para ello se puede utilizar un </w:t>
      </w:r>
      <w:proofErr w:type="gramStart"/>
      <w:r w:rsidRPr="005F3712">
        <w:rPr>
          <w:lang w:val="es-MX"/>
        </w:rPr>
        <w:t>archivo .</w:t>
      </w:r>
      <w:proofErr w:type="spellStart"/>
      <w:r w:rsidRPr="005F3712">
        <w:rPr>
          <w:lang w:val="es-MX"/>
        </w:rPr>
        <w:t>gitignore</w:t>
      </w:r>
      <w:proofErr w:type="spellEnd"/>
      <w:proofErr w:type="gramEnd"/>
      <w:r w:rsidRPr="005F3712">
        <w:rPr>
          <w:lang w:val="es-MX"/>
        </w:rPr>
        <w:t xml:space="preserve"> y mantener la información confidencial fuera de los archivos que serán publicados.</w:t>
      </w:r>
    </w:p>
    <w:p w14:paraId="4A197B7A" w14:textId="77777777" w:rsidR="005F3712" w:rsidRDefault="005F3712" w:rsidP="00B673E6">
      <w:pPr>
        <w:jc w:val="both"/>
        <w:rPr>
          <w:lang w:val="es-MX"/>
        </w:rPr>
      </w:pPr>
    </w:p>
    <w:p w14:paraId="7150D743" w14:textId="08881377" w:rsidR="006F4E90" w:rsidRPr="005F3712" w:rsidRDefault="00483D90" w:rsidP="00B673E6">
      <w:pPr>
        <w:jc w:val="both"/>
        <w:rPr>
          <w:lang w:val="es-MX"/>
        </w:rPr>
      </w:pPr>
      <w:r w:rsidRPr="005F3712">
        <w:rPr>
          <w:b/>
          <w:lang w:val="es-MX"/>
        </w:rPr>
        <w:t>1</w:t>
      </w:r>
      <w:r w:rsidR="00822AAB">
        <w:rPr>
          <w:b/>
          <w:lang w:val="es-MX"/>
        </w:rPr>
        <w:t>4</w:t>
      </w:r>
      <w:r w:rsidRPr="005F3712">
        <w:rPr>
          <w:b/>
          <w:lang w:val="es-MX"/>
        </w:rPr>
        <w:t>. Problemas encontrados</w:t>
      </w:r>
    </w:p>
    <w:p w14:paraId="455F19DA" w14:textId="77777777" w:rsidR="006F4E90" w:rsidRPr="005F3712" w:rsidRDefault="00483D90" w:rsidP="00B673E6">
      <w:pPr>
        <w:jc w:val="both"/>
        <w:rPr>
          <w:lang w:val="es-MX"/>
        </w:rPr>
      </w:pPr>
      <w:r w:rsidRPr="005F3712">
        <w:rPr>
          <w:lang w:val="es-MX"/>
        </w:rPr>
        <w:t>D</w:t>
      </w:r>
      <w:r w:rsidRPr="005F3712">
        <w:rPr>
          <w:lang w:val="es-MX"/>
        </w:rPr>
        <w:t>urante el desarrollo de la práctica se presentaron los siguientes pr</w:t>
      </w:r>
      <w:r w:rsidRPr="005F3712">
        <w:rPr>
          <w:lang w:val="es-MX"/>
        </w:rPr>
        <w:t>oblemas o dificultades:</w:t>
      </w:r>
    </w:p>
    <w:p w14:paraId="2181B54F" w14:textId="4F8696CA" w:rsidR="005F3712" w:rsidRPr="004F7DBF" w:rsidRDefault="00822AAB" w:rsidP="004F7DBF">
      <w:pPr>
        <w:pStyle w:val="Prrafodelista"/>
        <w:numPr>
          <w:ilvl w:val="0"/>
          <w:numId w:val="11"/>
        </w:numPr>
        <w:jc w:val="both"/>
        <w:rPr>
          <w:lang w:val="es-MX"/>
        </w:rPr>
      </w:pPr>
      <w:r w:rsidRPr="004F7DBF">
        <w:rPr>
          <w:lang w:val="es-MX"/>
        </w:rPr>
        <w:t xml:space="preserve">El primer problema fue un error al agregar un icono a la pagina ya que, </w:t>
      </w:r>
      <w:r w:rsidR="004F7DBF" w:rsidRPr="004F7DBF">
        <w:rPr>
          <w:lang w:val="es-MX"/>
        </w:rPr>
        <w:t>salía</w:t>
      </w:r>
      <w:r w:rsidRPr="004F7DBF">
        <w:rPr>
          <w:lang w:val="es-MX"/>
        </w:rPr>
        <w:t xml:space="preserve"> un error al </w:t>
      </w:r>
      <w:r w:rsidR="004F7DBF" w:rsidRPr="004F7DBF">
        <w:rPr>
          <w:lang w:val="es-MX"/>
        </w:rPr>
        <w:t>importar la imagen para lo cual se necesito modificar unas configuraciones del servidor Apache.</w:t>
      </w:r>
    </w:p>
    <w:p w14:paraId="67F4D227" w14:textId="19C056BD" w:rsidR="005F3712" w:rsidRDefault="004F7DBF" w:rsidP="00B673E6">
      <w:pPr>
        <w:pStyle w:val="Prrafodelista"/>
        <w:numPr>
          <w:ilvl w:val="0"/>
          <w:numId w:val="11"/>
        </w:numPr>
        <w:jc w:val="both"/>
        <w:rPr>
          <w:lang w:val="es-MX"/>
        </w:rPr>
      </w:pPr>
      <w:r>
        <w:rPr>
          <w:lang w:val="es-MX"/>
        </w:rPr>
        <w:t xml:space="preserve">El precedente más crítico llegó al ejecutar nuevamente el XAMPP para continuar trabajando, donde en este caso el servidor Apache no encendía y, al cambiar los puertos, el localhost tardaba mucho en cargar; se regresó a los puertos </w:t>
      </w:r>
      <w:r>
        <w:rPr>
          <w:lang w:val="es-MX"/>
        </w:rPr>
        <w:lastRenderedPageBreak/>
        <w:t>anteriores y ahora el MySQL junto con el Apache no funcionaban, por lo cual se recurrió a una reinstalación del XAMPP para poder seguir trabajando.</w:t>
      </w:r>
    </w:p>
    <w:p w14:paraId="02CC5440" w14:textId="77777777" w:rsidR="004F7DBF" w:rsidRPr="004F7DBF" w:rsidRDefault="004F7DBF" w:rsidP="004F7DBF">
      <w:pPr>
        <w:pStyle w:val="Prrafodelista"/>
        <w:jc w:val="both"/>
        <w:rPr>
          <w:lang w:val="es-MX"/>
        </w:rPr>
      </w:pPr>
    </w:p>
    <w:p w14:paraId="22489F5C" w14:textId="78C3D1D9" w:rsidR="006F4E90" w:rsidRPr="005F3712" w:rsidRDefault="00483D90" w:rsidP="00B673E6">
      <w:pPr>
        <w:jc w:val="both"/>
        <w:rPr>
          <w:lang w:val="es-MX"/>
        </w:rPr>
      </w:pPr>
      <w:r w:rsidRPr="005F3712">
        <w:rPr>
          <w:b/>
          <w:lang w:val="es-MX"/>
        </w:rPr>
        <w:t>1</w:t>
      </w:r>
      <w:r w:rsidR="004F7DBF">
        <w:rPr>
          <w:b/>
          <w:lang w:val="es-MX"/>
        </w:rPr>
        <w:t>5</w:t>
      </w:r>
      <w:r w:rsidRPr="005F3712">
        <w:rPr>
          <w:b/>
          <w:lang w:val="es-MX"/>
        </w:rPr>
        <w:t>. Conclusión</w:t>
      </w:r>
    </w:p>
    <w:p w14:paraId="5716643D" w14:textId="190F2DBB" w:rsidR="006F4E90" w:rsidRPr="005F3712" w:rsidRDefault="00483D90" w:rsidP="00B673E6">
      <w:pPr>
        <w:jc w:val="both"/>
        <w:rPr>
          <w:lang w:val="es-MX"/>
        </w:rPr>
      </w:pPr>
      <w:r w:rsidRPr="005F3712">
        <w:rPr>
          <w:lang w:val="es-MX"/>
        </w:rPr>
        <w:t>L</w:t>
      </w:r>
      <w:r w:rsidRPr="005F3712">
        <w:rPr>
          <w:lang w:val="es-MX"/>
        </w:rPr>
        <w:t xml:space="preserve">a realización de esta práctica permitió conocer el </w:t>
      </w:r>
      <w:r w:rsidRPr="005F3712">
        <w:rPr>
          <w:lang w:val="es-MX"/>
        </w:rPr>
        <w:t>proceso básico para instalar y configurar WordPress en un servidor local. También permitió comprender la importancia de la relación entre el servidor web, PHP, MySQL</w:t>
      </w:r>
      <w:r w:rsidRPr="005F3712">
        <w:rPr>
          <w:lang w:val="es-MX"/>
        </w:rPr>
        <w:t xml:space="preserve"> y el CMS para que el sitio pueda funcionar correctamente.</w:t>
      </w:r>
    </w:p>
    <w:p w14:paraId="27A13A7D" w14:textId="48F06393" w:rsidR="005F3712" w:rsidRDefault="00483D90" w:rsidP="00B673E6">
      <w:pPr>
        <w:jc w:val="both"/>
        <w:rPr>
          <w:lang w:val="es-MX"/>
        </w:rPr>
      </w:pPr>
      <w:r w:rsidRPr="005F3712">
        <w:rPr>
          <w:lang w:val="es-MX"/>
        </w:rPr>
        <w:t>Además, se adquirió expe</w:t>
      </w:r>
      <w:r w:rsidRPr="005F3712">
        <w:rPr>
          <w:lang w:val="es-MX"/>
        </w:rPr>
        <w:t xml:space="preserve">riencia en la creación y organización de páginas, configuración de la navegación, personalización básica del sitio y administración mediante el panel de WordPress. Finalmente, el uso de Git </w:t>
      </w:r>
      <w:r w:rsidR="004F7DBF">
        <w:rPr>
          <w:lang w:val="es-MX"/>
        </w:rPr>
        <w:t>permitió conocer la forma de hacer respaldos en repositorios remotos y como proteger información sensible.</w:t>
      </w:r>
    </w:p>
    <w:p w14:paraId="0D7B5D70" w14:textId="77777777" w:rsidR="005F3712" w:rsidRDefault="005F3712" w:rsidP="00B673E6">
      <w:pPr>
        <w:jc w:val="both"/>
        <w:rPr>
          <w:lang w:val="es-MX"/>
        </w:rPr>
      </w:pPr>
    </w:p>
    <w:p w14:paraId="3CEC9BBB" w14:textId="0AEC3CDA" w:rsidR="006F4E90" w:rsidRPr="005F3712" w:rsidRDefault="00483D90" w:rsidP="00B673E6">
      <w:pPr>
        <w:jc w:val="both"/>
        <w:rPr>
          <w:lang w:val="es-MX"/>
        </w:rPr>
      </w:pPr>
      <w:r w:rsidRPr="005F3712">
        <w:rPr>
          <w:b/>
          <w:lang w:val="es-MX"/>
        </w:rPr>
        <w:t>1</w:t>
      </w:r>
      <w:r w:rsidR="004F7DBF">
        <w:rPr>
          <w:b/>
          <w:lang w:val="es-MX"/>
        </w:rPr>
        <w:t>6</w:t>
      </w:r>
      <w:r w:rsidRPr="005F3712">
        <w:rPr>
          <w:b/>
          <w:lang w:val="es-MX"/>
        </w:rPr>
        <w:t>. Cuestionario</w:t>
      </w:r>
    </w:p>
    <w:p w14:paraId="5C1F19DE" w14:textId="77D56936" w:rsidR="006F4E90" w:rsidRPr="005F3712" w:rsidRDefault="00483D90" w:rsidP="00B673E6">
      <w:pPr>
        <w:jc w:val="both"/>
        <w:rPr>
          <w:lang w:val="es-MX"/>
        </w:rPr>
      </w:pPr>
      <w:r w:rsidRPr="005F3712">
        <w:rPr>
          <w:lang w:val="es-MX"/>
        </w:rPr>
        <w:t>1</w:t>
      </w:r>
      <w:r w:rsidR="004F7DBF">
        <w:rPr>
          <w:lang w:val="es-MX"/>
        </w:rPr>
        <w:t>6</w:t>
      </w:r>
      <w:r w:rsidRPr="005F3712">
        <w:rPr>
          <w:lang w:val="es-MX"/>
        </w:rPr>
        <w:t>.1 ¿Qué componentes fueron necesarios para que WordPress funcionara localmente?</w:t>
      </w:r>
    </w:p>
    <w:p w14:paraId="0E64A82F" w14:textId="77777777" w:rsidR="00D22985" w:rsidRDefault="00483D90" w:rsidP="00B673E6">
      <w:pPr>
        <w:jc w:val="both"/>
        <w:rPr>
          <w:lang w:val="es-MX"/>
        </w:rPr>
      </w:pPr>
      <w:r w:rsidRPr="005F3712">
        <w:rPr>
          <w:lang w:val="es-MX"/>
        </w:rPr>
        <w:t xml:space="preserve">Respuesta: </w:t>
      </w:r>
    </w:p>
    <w:p w14:paraId="3609744B" w14:textId="0ACD2375" w:rsidR="00D22985" w:rsidRDefault="00D22985" w:rsidP="00B673E6">
      <w:pPr>
        <w:pStyle w:val="Prrafodelista"/>
        <w:numPr>
          <w:ilvl w:val="0"/>
          <w:numId w:val="12"/>
        </w:numPr>
        <w:jc w:val="both"/>
        <w:rPr>
          <w:lang w:val="es-MX"/>
        </w:rPr>
      </w:pPr>
      <w:r w:rsidRPr="00D22985">
        <w:rPr>
          <w:lang w:val="es-MX"/>
        </w:rPr>
        <w:t>El archivo de instalación del WordPress para poder descargar lo necesario.</w:t>
      </w:r>
    </w:p>
    <w:p w14:paraId="7AD5F2E7" w14:textId="7002B6C6" w:rsidR="00D22985" w:rsidRDefault="00D22985" w:rsidP="00B673E6">
      <w:pPr>
        <w:pStyle w:val="Prrafodelista"/>
        <w:numPr>
          <w:ilvl w:val="0"/>
          <w:numId w:val="12"/>
        </w:numPr>
        <w:jc w:val="both"/>
        <w:rPr>
          <w:lang w:val="es-MX"/>
        </w:rPr>
      </w:pPr>
      <w:r>
        <w:rPr>
          <w:lang w:val="es-MX"/>
        </w:rPr>
        <w:t>Una base de datos.</w:t>
      </w:r>
    </w:p>
    <w:p w14:paraId="007C8F62" w14:textId="4CDAA0DD" w:rsidR="00D22985" w:rsidRDefault="00D22985" w:rsidP="00B673E6">
      <w:pPr>
        <w:pStyle w:val="Prrafodelista"/>
        <w:numPr>
          <w:ilvl w:val="0"/>
          <w:numId w:val="12"/>
        </w:numPr>
        <w:jc w:val="both"/>
        <w:rPr>
          <w:lang w:val="es-MX"/>
        </w:rPr>
      </w:pPr>
      <w:r>
        <w:rPr>
          <w:lang w:val="es-MX"/>
        </w:rPr>
        <w:t>Servidores locales para conectarse a la base de datos (XAMPP utilizando MySQL y Apache)</w:t>
      </w:r>
    </w:p>
    <w:p w14:paraId="7A5A29CE" w14:textId="1B0B53C2" w:rsidR="00D22985" w:rsidRPr="00D22985" w:rsidRDefault="00D22985" w:rsidP="00B673E6">
      <w:pPr>
        <w:pStyle w:val="Prrafodelista"/>
        <w:numPr>
          <w:ilvl w:val="0"/>
          <w:numId w:val="12"/>
        </w:numPr>
        <w:jc w:val="both"/>
        <w:rPr>
          <w:lang w:val="es-MX"/>
        </w:rPr>
      </w:pPr>
      <w:r>
        <w:rPr>
          <w:lang w:val="es-MX"/>
        </w:rPr>
        <w:t xml:space="preserve">Registrar un administrador, contraseña, correo y nombre de la </w:t>
      </w:r>
      <w:proofErr w:type="spellStart"/>
      <w:r>
        <w:rPr>
          <w:lang w:val="es-MX"/>
        </w:rPr>
        <w:t>pagina</w:t>
      </w:r>
      <w:proofErr w:type="spellEnd"/>
      <w:r>
        <w:rPr>
          <w:lang w:val="es-MX"/>
        </w:rPr>
        <w:t>.</w:t>
      </w:r>
    </w:p>
    <w:p w14:paraId="2B92E4BF" w14:textId="77777777" w:rsidR="00D22985" w:rsidRDefault="00D22985" w:rsidP="00B673E6">
      <w:pPr>
        <w:jc w:val="both"/>
        <w:rPr>
          <w:lang w:val="es-MX"/>
        </w:rPr>
      </w:pPr>
    </w:p>
    <w:p w14:paraId="44D50CD7" w14:textId="439E50E9" w:rsidR="006F4E90" w:rsidRPr="005F3712" w:rsidRDefault="00483D90" w:rsidP="00B673E6">
      <w:pPr>
        <w:jc w:val="both"/>
        <w:rPr>
          <w:lang w:val="es-MX"/>
        </w:rPr>
      </w:pPr>
      <w:r w:rsidRPr="005F3712">
        <w:rPr>
          <w:lang w:val="es-MX"/>
        </w:rPr>
        <w:t>1</w:t>
      </w:r>
      <w:r w:rsidR="004F7DBF">
        <w:rPr>
          <w:lang w:val="es-MX"/>
        </w:rPr>
        <w:t>6</w:t>
      </w:r>
      <w:r w:rsidRPr="005F3712">
        <w:rPr>
          <w:lang w:val="es-MX"/>
        </w:rPr>
        <w:t>.2 ¿Qué relación identificas entre WordPress, PHP, MySQL y el servidor web?</w:t>
      </w:r>
    </w:p>
    <w:p w14:paraId="3C5A6CE5" w14:textId="474F163B" w:rsidR="006F4E90" w:rsidRPr="005F3712" w:rsidRDefault="00483D90" w:rsidP="00B673E6">
      <w:pPr>
        <w:jc w:val="both"/>
        <w:rPr>
          <w:lang w:val="es-MX"/>
        </w:rPr>
      </w:pPr>
      <w:r w:rsidRPr="005F3712">
        <w:rPr>
          <w:lang w:val="es-MX"/>
        </w:rPr>
        <w:t xml:space="preserve">Respuesta: </w:t>
      </w:r>
      <w:r w:rsidR="00D22985">
        <w:rPr>
          <w:lang w:val="es-MX"/>
        </w:rPr>
        <w:t>Para utilizar WordPress este necesita un servidor web en este caso Apache y PHP se encarga de procesar la lógica para el funcionamiento de este además de que WordPress necesita una base de datos para esto se utiliza MySQL el cual se conecta mediante PHP.</w:t>
      </w:r>
    </w:p>
    <w:p w14:paraId="74107065" w14:textId="16F102FC" w:rsidR="006F4E90" w:rsidRPr="005F3712" w:rsidRDefault="00483D90" w:rsidP="00B673E6">
      <w:pPr>
        <w:jc w:val="both"/>
        <w:rPr>
          <w:lang w:val="es-MX"/>
        </w:rPr>
      </w:pPr>
      <w:r w:rsidRPr="005F3712">
        <w:rPr>
          <w:lang w:val="es-MX"/>
        </w:rPr>
        <w:t>1</w:t>
      </w:r>
      <w:r w:rsidR="004F7DBF">
        <w:rPr>
          <w:lang w:val="es-MX"/>
        </w:rPr>
        <w:t>6</w:t>
      </w:r>
      <w:r w:rsidRPr="005F3712">
        <w:rPr>
          <w:lang w:val="es-MX"/>
        </w:rPr>
        <w:t>.3 ¿Qué ventaja aporta un CMS frente a desarrollar todo el sitio desde cero?</w:t>
      </w:r>
    </w:p>
    <w:p w14:paraId="35B4BF6A" w14:textId="4510F484" w:rsidR="006F4E90" w:rsidRPr="005F3712" w:rsidRDefault="00483D90" w:rsidP="00B673E6">
      <w:pPr>
        <w:jc w:val="both"/>
        <w:rPr>
          <w:lang w:val="es-MX"/>
        </w:rPr>
      </w:pPr>
      <w:r w:rsidRPr="005F3712">
        <w:rPr>
          <w:lang w:val="es-MX"/>
        </w:rPr>
        <w:t xml:space="preserve">Respuesta: </w:t>
      </w:r>
      <w:r w:rsidR="00D22985">
        <w:rPr>
          <w:lang w:val="es-MX"/>
        </w:rPr>
        <w:t xml:space="preserve">Un CMS permite modificar plantillas ya diseñadas y modificar todo desde una interfaz grafica sin necesidad de hacer código desde cero ni preocuparse en como conectar la base de datos, estas ventajas hacen el CMS una gran opción para </w:t>
      </w:r>
      <w:r w:rsidR="00D22985">
        <w:rPr>
          <w:lang w:val="es-MX"/>
        </w:rPr>
        <w:lastRenderedPageBreak/>
        <w:t xml:space="preserve">desarrollar aplicaciones web utilizando plantillas y ahorrando </w:t>
      </w:r>
      <w:proofErr w:type="spellStart"/>
      <w:r w:rsidR="00D22985">
        <w:rPr>
          <w:lang w:val="es-MX"/>
        </w:rPr>
        <w:t>mas</w:t>
      </w:r>
      <w:proofErr w:type="spellEnd"/>
      <w:r w:rsidR="00D22985">
        <w:rPr>
          <w:lang w:val="es-MX"/>
        </w:rPr>
        <w:t xml:space="preserve"> tiempo al desarrollarla.</w:t>
      </w:r>
    </w:p>
    <w:p w14:paraId="72200E8F" w14:textId="7331ED16" w:rsidR="006F4E90" w:rsidRPr="005F3712" w:rsidRDefault="00483D90" w:rsidP="00B673E6">
      <w:pPr>
        <w:jc w:val="both"/>
        <w:rPr>
          <w:lang w:val="es-MX"/>
        </w:rPr>
      </w:pPr>
      <w:r w:rsidRPr="005F3712">
        <w:rPr>
          <w:lang w:val="es-MX"/>
        </w:rPr>
        <w:t>1</w:t>
      </w:r>
      <w:r w:rsidR="004F7DBF">
        <w:rPr>
          <w:lang w:val="es-MX"/>
        </w:rPr>
        <w:t>6</w:t>
      </w:r>
      <w:r w:rsidRPr="005F3712">
        <w:rPr>
          <w:lang w:val="es-MX"/>
        </w:rPr>
        <w:t xml:space="preserve">.4 ¿Qué </w:t>
      </w:r>
      <w:r w:rsidRPr="005F3712">
        <w:rPr>
          <w:lang w:val="es-MX"/>
        </w:rPr>
        <w:t>riesgo existe si publicas credenciales en un repositorio?</w:t>
      </w:r>
    </w:p>
    <w:p w14:paraId="52DB87F9" w14:textId="3E5CAE10" w:rsidR="006F4E90" w:rsidRPr="005F3712" w:rsidRDefault="00483D90" w:rsidP="00B673E6">
      <w:pPr>
        <w:jc w:val="both"/>
        <w:rPr>
          <w:lang w:val="es-MX"/>
        </w:rPr>
      </w:pPr>
      <w:r w:rsidRPr="005F3712">
        <w:rPr>
          <w:lang w:val="es-MX"/>
        </w:rPr>
        <w:t xml:space="preserve">Respuesta: </w:t>
      </w:r>
      <w:r w:rsidR="003A76EE">
        <w:rPr>
          <w:lang w:val="es-MX"/>
        </w:rPr>
        <w:t>Existe la posibilidad de que estas credenciales se filtren y con ellas puedan acceder a información sensible causando perdidas de datos y financieras que puede ser fatal si no se tiene un método de seguridad para evitar subir estos datos.</w:t>
      </w:r>
    </w:p>
    <w:p w14:paraId="4AFC3765" w14:textId="7AEA32B3" w:rsidR="006F4E90" w:rsidRPr="005F3712" w:rsidRDefault="00483D90" w:rsidP="00B673E6">
      <w:pPr>
        <w:jc w:val="both"/>
        <w:rPr>
          <w:lang w:val="es-MX"/>
        </w:rPr>
      </w:pPr>
      <w:r w:rsidRPr="005F3712">
        <w:rPr>
          <w:lang w:val="es-MX"/>
        </w:rPr>
        <w:t>1</w:t>
      </w:r>
      <w:r w:rsidR="004F7DBF">
        <w:rPr>
          <w:lang w:val="es-MX"/>
        </w:rPr>
        <w:t>6</w:t>
      </w:r>
      <w:r w:rsidRPr="005F3712">
        <w:rPr>
          <w:lang w:val="es-MX"/>
        </w:rPr>
        <w:t xml:space="preserve">.5 Menciona una dificultad que tuviste y cómo la </w:t>
      </w:r>
      <w:r w:rsidRPr="005F3712">
        <w:rPr>
          <w:lang w:val="es-MX"/>
        </w:rPr>
        <w:t>resolviste.</w:t>
      </w:r>
    </w:p>
    <w:p w14:paraId="48E5F2A9" w14:textId="3036748D" w:rsidR="006F4E90" w:rsidRDefault="00483D90" w:rsidP="00B673E6">
      <w:pPr>
        <w:jc w:val="both"/>
        <w:rPr>
          <w:lang w:val="es-MX"/>
        </w:rPr>
      </w:pPr>
      <w:r w:rsidRPr="003A76EE">
        <w:rPr>
          <w:lang w:val="es-MX"/>
        </w:rPr>
        <w:t xml:space="preserve">Respuesta: </w:t>
      </w:r>
      <w:r w:rsidR="003A76EE">
        <w:rPr>
          <w:lang w:val="es-MX"/>
        </w:rPr>
        <w:t xml:space="preserve">Una dificultad </w:t>
      </w:r>
      <w:r w:rsidR="003A76EE" w:rsidRPr="003A76EE">
        <w:rPr>
          <w:lang w:val="es-MX"/>
        </w:rPr>
        <w:t>durante e</w:t>
      </w:r>
      <w:r w:rsidR="003A76EE">
        <w:rPr>
          <w:lang w:val="es-MX"/>
        </w:rPr>
        <w:t xml:space="preserve">l desarrollo de esta practica fue en pensar como hacer un diseño </w:t>
      </w:r>
      <w:r>
        <w:rPr>
          <w:lang w:val="es-MX"/>
        </w:rPr>
        <w:t>amigable para los usuarios para lo cual no se resolvió y termino quedando una pagina algo fea pero funcional.</w:t>
      </w:r>
    </w:p>
    <w:p w14:paraId="34221206" w14:textId="2178A20A" w:rsidR="00483D90" w:rsidRPr="003A76EE" w:rsidRDefault="00483D90" w:rsidP="00B673E6">
      <w:pPr>
        <w:jc w:val="both"/>
        <w:rPr>
          <w:lang w:val="es-MX"/>
        </w:rPr>
      </w:pPr>
      <w:r>
        <w:rPr>
          <w:lang w:val="es-MX"/>
        </w:rPr>
        <w:t>Y otra dificultad fue los problemas con el XAMPP para lo cual se necesito reinstalar y volver a cargar los datos del WordPress para continuar trabajando.</w:t>
      </w:r>
    </w:p>
    <w:sectPr w:rsidR="00483D90" w:rsidRPr="003A76EE"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39AF2E76"/>
    <w:multiLevelType w:val="hybridMultilevel"/>
    <w:tmpl w:val="9D369E74"/>
    <w:lvl w:ilvl="0" w:tplc="2DA45574">
      <w:start w:val="1"/>
      <w:numFmt w:val="decimal"/>
      <w:lvlText w:val="%1."/>
      <w:lvlJc w:val="left"/>
      <w:pPr>
        <w:ind w:left="432" w:hanging="360"/>
      </w:pPr>
      <w:rPr>
        <w:rFonts w:hint="default"/>
      </w:rPr>
    </w:lvl>
    <w:lvl w:ilvl="1" w:tplc="080A0019" w:tentative="1">
      <w:start w:val="1"/>
      <w:numFmt w:val="lowerLetter"/>
      <w:lvlText w:val="%2."/>
      <w:lvlJc w:val="left"/>
      <w:pPr>
        <w:ind w:left="1152" w:hanging="360"/>
      </w:pPr>
    </w:lvl>
    <w:lvl w:ilvl="2" w:tplc="080A001B" w:tentative="1">
      <w:start w:val="1"/>
      <w:numFmt w:val="lowerRoman"/>
      <w:lvlText w:val="%3."/>
      <w:lvlJc w:val="right"/>
      <w:pPr>
        <w:ind w:left="1872" w:hanging="180"/>
      </w:pPr>
    </w:lvl>
    <w:lvl w:ilvl="3" w:tplc="080A000F" w:tentative="1">
      <w:start w:val="1"/>
      <w:numFmt w:val="decimal"/>
      <w:lvlText w:val="%4."/>
      <w:lvlJc w:val="left"/>
      <w:pPr>
        <w:ind w:left="2592" w:hanging="360"/>
      </w:pPr>
    </w:lvl>
    <w:lvl w:ilvl="4" w:tplc="080A0019" w:tentative="1">
      <w:start w:val="1"/>
      <w:numFmt w:val="lowerLetter"/>
      <w:lvlText w:val="%5."/>
      <w:lvlJc w:val="left"/>
      <w:pPr>
        <w:ind w:left="3312" w:hanging="360"/>
      </w:pPr>
    </w:lvl>
    <w:lvl w:ilvl="5" w:tplc="080A001B" w:tentative="1">
      <w:start w:val="1"/>
      <w:numFmt w:val="lowerRoman"/>
      <w:lvlText w:val="%6."/>
      <w:lvlJc w:val="right"/>
      <w:pPr>
        <w:ind w:left="4032" w:hanging="180"/>
      </w:pPr>
    </w:lvl>
    <w:lvl w:ilvl="6" w:tplc="080A000F" w:tentative="1">
      <w:start w:val="1"/>
      <w:numFmt w:val="decimal"/>
      <w:lvlText w:val="%7."/>
      <w:lvlJc w:val="left"/>
      <w:pPr>
        <w:ind w:left="4752" w:hanging="360"/>
      </w:pPr>
    </w:lvl>
    <w:lvl w:ilvl="7" w:tplc="080A0019" w:tentative="1">
      <w:start w:val="1"/>
      <w:numFmt w:val="lowerLetter"/>
      <w:lvlText w:val="%8."/>
      <w:lvlJc w:val="left"/>
      <w:pPr>
        <w:ind w:left="5472" w:hanging="360"/>
      </w:pPr>
    </w:lvl>
    <w:lvl w:ilvl="8" w:tplc="080A001B" w:tentative="1">
      <w:start w:val="1"/>
      <w:numFmt w:val="lowerRoman"/>
      <w:lvlText w:val="%9."/>
      <w:lvlJc w:val="right"/>
      <w:pPr>
        <w:ind w:left="6192" w:hanging="180"/>
      </w:pPr>
    </w:lvl>
  </w:abstractNum>
  <w:abstractNum w:abstractNumId="10" w15:restartNumberingAfterBreak="0">
    <w:nsid w:val="3B586A67"/>
    <w:multiLevelType w:val="hybridMultilevel"/>
    <w:tmpl w:val="A88469B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C4112E8"/>
    <w:multiLevelType w:val="hybridMultilevel"/>
    <w:tmpl w:val="2C309E60"/>
    <w:lvl w:ilvl="0" w:tplc="7DEC4AB4">
      <w:start w:val="1"/>
      <w:numFmt w:val="decimal"/>
      <w:lvlText w:val="%1."/>
      <w:lvlJc w:val="left"/>
      <w:pPr>
        <w:ind w:left="432" w:hanging="360"/>
      </w:pPr>
      <w:rPr>
        <w:rFonts w:hint="default"/>
      </w:rPr>
    </w:lvl>
    <w:lvl w:ilvl="1" w:tplc="080A0019" w:tentative="1">
      <w:start w:val="1"/>
      <w:numFmt w:val="lowerLetter"/>
      <w:lvlText w:val="%2."/>
      <w:lvlJc w:val="left"/>
      <w:pPr>
        <w:ind w:left="1152" w:hanging="360"/>
      </w:pPr>
    </w:lvl>
    <w:lvl w:ilvl="2" w:tplc="080A001B" w:tentative="1">
      <w:start w:val="1"/>
      <w:numFmt w:val="lowerRoman"/>
      <w:lvlText w:val="%3."/>
      <w:lvlJc w:val="right"/>
      <w:pPr>
        <w:ind w:left="1872" w:hanging="180"/>
      </w:pPr>
    </w:lvl>
    <w:lvl w:ilvl="3" w:tplc="080A000F" w:tentative="1">
      <w:start w:val="1"/>
      <w:numFmt w:val="decimal"/>
      <w:lvlText w:val="%4."/>
      <w:lvlJc w:val="left"/>
      <w:pPr>
        <w:ind w:left="2592" w:hanging="360"/>
      </w:pPr>
    </w:lvl>
    <w:lvl w:ilvl="4" w:tplc="080A0019" w:tentative="1">
      <w:start w:val="1"/>
      <w:numFmt w:val="lowerLetter"/>
      <w:lvlText w:val="%5."/>
      <w:lvlJc w:val="left"/>
      <w:pPr>
        <w:ind w:left="3312" w:hanging="360"/>
      </w:pPr>
    </w:lvl>
    <w:lvl w:ilvl="5" w:tplc="080A001B" w:tentative="1">
      <w:start w:val="1"/>
      <w:numFmt w:val="lowerRoman"/>
      <w:lvlText w:val="%6."/>
      <w:lvlJc w:val="right"/>
      <w:pPr>
        <w:ind w:left="4032" w:hanging="180"/>
      </w:pPr>
    </w:lvl>
    <w:lvl w:ilvl="6" w:tplc="080A000F" w:tentative="1">
      <w:start w:val="1"/>
      <w:numFmt w:val="decimal"/>
      <w:lvlText w:val="%7."/>
      <w:lvlJc w:val="left"/>
      <w:pPr>
        <w:ind w:left="4752" w:hanging="360"/>
      </w:pPr>
    </w:lvl>
    <w:lvl w:ilvl="7" w:tplc="080A0019" w:tentative="1">
      <w:start w:val="1"/>
      <w:numFmt w:val="lowerLetter"/>
      <w:lvlText w:val="%8."/>
      <w:lvlJc w:val="left"/>
      <w:pPr>
        <w:ind w:left="5472" w:hanging="360"/>
      </w:pPr>
    </w:lvl>
    <w:lvl w:ilvl="8" w:tplc="080A001B" w:tentative="1">
      <w:start w:val="1"/>
      <w:numFmt w:val="lowerRoman"/>
      <w:lvlText w:val="%9."/>
      <w:lvlJc w:val="right"/>
      <w:pPr>
        <w:ind w:left="6192"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65B4"/>
    <w:rsid w:val="00113DEB"/>
    <w:rsid w:val="0015074B"/>
    <w:rsid w:val="0029639D"/>
    <w:rsid w:val="00326F90"/>
    <w:rsid w:val="003A76EE"/>
    <w:rsid w:val="00483D90"/>
    <w:rsid w:val="004E6DAF"/>
    <w:rsid w:val="004F7DBF"/>
    <w:rsid w:val="005F3712"/>
    <w:rsid w:val="005F44FE"/>
    <w:rsid w:val="006F4E90"/>
    <w:rsid w:val="007F7536"/>
    <w:rsid w:val="00822AAB"/>
    <w:rsid w:val="00854F5B"/>
    <w:rsid w:val="00855EA3"/>
    <w:rsid w:val="008D6F7E"/>
    <w:rsid w:val="009C17A5"/>
    <w:rsid w:val="00AA1D8D"/>
    <w:rsid w:val="00B47730"/>
    <w:rsid w:val="00B673E6"/>
    <w:rsid w:val="00CB0664"/>
    <w:rsid w:val="00D22985"/>
    <w:rsid w:val="00DB62AF"/>
    <w:rsid w:val="00DB69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BA6BC3"/>
  <w14:defaultImageDpi w14:val="300"/>
  <w15:docId w15:val="{40DDEFED-53F1-4D85-8E39-C8CD7DD5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F5B"/>
    <w:rPr>
      <w:rFonts w:ascii="Arial" w:eastAsia="Arial" w:hAnsi="Arial"/>
      <w:sz w:val="2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12</Pages>
  <Words>1685</Words>
  <Characters>9272</Characters>
  <Application>Microsoft Office Word</Application>
  <DocSecurity>0</DocSecurity>
  <Lines>77</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10936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Christian Hernandez</cp:lastModifiedBy>
  <cp:revision>2</cp:revision>
  <dcterms:created xsi:type="dcterms:W3CDTF">2013-12-23T23:15:00Z</dcterms:created>
  <dcterms:modified xsi:type="dcterms:W3CDTF">2026-09-11T03:38:00Z</dcterms:modified>
  <cp:category/>
</cp:coreProperties>
</file>